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517B2" w14:textId="465AC089" w:rsidR="00E66F47" w:rsidRDefault="00E66F47">
      <w:pPr>
        <w:pStyle w:val="Heading1"/>
        <w:jc w:val="center"/>
        <w:rPr>
          <w:color w:val="auto"/>
          <w:lang w:val="fr-FR"/>
        </w:rPr>
      </w:pPr>
      <w:r w:rsidRPr="003E2C8A">
        <w:rPr>
          <w:rFonts w:ascii="Calibri" w:eastAsia="Calibri" w:hAnsi="Calibri" w:cs="Arial"/>
          <w:noProof/>
          <w:color w:val="auto"/>
          <w:lang w:val="es-AR" w:eastAsia="es-AR"/>
        </w:rPr>
        <w:drawing>
          <wp:anchor distT="0" distB="0" distL="114300" distR="114300" simplePos="0" relativeHeight="251659264" behindDoc="1" locked="0" layoutInCell="1" allowOverlap="1" wp14:anchorId="22991C71" wp14:editId="21129CB5">
            <wp:simplePos x="0" y="0"/>
            <wp:positionH relativeFrom="margin">
              <wp:posOffset>3154680</wp:posOffset>
            </wp:positionH>
            <wp:positionV relativeFrom="paragraph">
              <wp:posOffset>235585</wp:posOffset>
            </wp:positionV>
            <wp:extent cx="582930" cy="502920"/>
            <wp:effectExtent l="0" t="0" r="7620" b="0"/>
            <wp:wrapTight wrapText="bothSides">
              <wp:wrapPolygon edited="0">
                <wp:start x="0" y="0"/>
                <wp:lineTo x="0" y="20455"/>
                <wp:lineTo x="21176" y="20455"/>
                <wp:lineTo x="21176" y="0"/>
                <wp:lineTo x="0" y="0"/>
              </wp:wrapPolygon>
            </wp:wrapTight>
            <wp:docPr id="7" name="Image 1" descr="unnam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unnam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19D634" w14:textId="77777777" w:rsidR="00E66F47" w:rsidRDefault="00E66F47" w:rsidP="00E66F47">
      <w:pPr>
        <w:pStyle w:val="Heading1"/>
        <w:spacing w:before="0"/>
        <w:jc w:val="center"/>
        <w:rPr>
          <w:color w:val="auto"/>
          <w:lang w:val="fr-FR"/>
        </w:rPr>
      </w:pPr>
    </w:p>
    <w:p w14:paraId="4D4E8CD3" w14:textId="7E7EAF59" w:rsidR="00E66F47" w:rsidRDefault="00000000" w:rsidP="00E66F47">
      <w:pPr>
        <w:pStyle w:val="Heading1"/>
        <w:spacing w:before="0"/>
        <w:jc w:val="center"/>
        <w:rPr>
          <w:color w:val="auto"/>
          <w:lang w:val="fr-FR"/>
        </w:rPr>
      </w:pPr>
      <w:proofErr w:type="spellStart"/>
      <w:r w:rsidRPr="00E66F47">
        <w:rPr>
          <w:color w:val="auto"/>
          <w:lang w:val="fr-FR"/>
        </w:rPr>
        <w:t>Embajada</w:t>
      </w:r>
      <w:proofErr w:type="spellEnd"/>
      <w:r w:rsidRPr="00E66F47">
        <w:rPr>
          <w:color w:val="auto"/>
          <w:lang w:val="fr-FR"/>
        </w:rPr>
        <w:t xml:space="preserve"> de la República </w:t>
      </w:r>
      <w:proofErr w:type="spellStart"/>
      <w:r w:rsidRPr="00E66F47">
        <w:rPr>
          <w:color w:val="auto"/>
          <w:lang w:val="fr-FR"/>
        </w:rPr>
        <w:t>Libanesa</w:t>
      </w:r>
      <w:proofErr w:type="spellEnd"/>
      <w:r w:rsidRPr="00E66F47">
        <w:rPr>
          <w:color w:val="auto"/>
          <w:lang w:val="fr-FR"/>
        </w:rPr>
        <w:t xml:space="preserve"> en la República Argentina</w:t>
      </w:r>
    </w:p>
    <w:p w14:paraId="4BF029C6" w14:textId="7B1AC6EE" w:rsidR="00827F0B" w:rsidRPr="00E66F47" w:rsidRDefault="00000000" w:rsidP="00E66F47">
      <w:pPr>
        <w:pStyle w:val="Heading1"/>
        <w:spacing w:before="0"/>
        <w:jc w:val="center"/>
        <w:rPr>
          <w:color w:val="auto"/>
          <w:lang w:val="fr-FR"/>
        </w:rPr>
      </w:pPr>
      <w:proofErr w:type="spellStart"/>
      <w:r w:rsidRPr="00E66F47">
        <w:rPr>
          <w:color w:val="auto"/>
          <w:lang w:val="fr-FR"/>
        </w:rPr>
        <w:t>Solicitud</w:t>
      </w:r>
      <w:proofErr w:type="spellEnd"/>
      <w:r w:rsidRPr="00E66F47">
        <w:rPr>
          <w:color w:val="auto"/>
          <w:lang w:val="fr-FR"/>
        </w:rPr>
        <w:t xml:space="preserve"> de </w:t>
      </w:r>
      <w:proofErr w:type="spellStart"/>
      <w:r w:rsidRPr="00E66F47">
        <w:rPr>
          <w:color w:val="auto"/>
          <w:lang w:val="fr-FR"/>
        </w:rPr>
        <w:t>Emisión</w:t>
      </w:r>
      <w:proofErr w:type="spellEnd"/>
      <w:r w:rsidRPr="00E66F47">
        <w:rPr>
          <w:color w:val="auto"/>
          <w:lang w:val="fr-FR"/>
        </w:rPr>
        <w:t xml:space="preserve"> / </w:t>
      </w:r>
      <w:proofErr w:type="spellStart"/>
      <w:r w:rsidRPr="00E66F47">
        <w:rPr>
          <w:color w:val="auto"/>
          <w:lang w:val="fr-FR"/>
        </w:rPr>
        <w:t>Renovación</w:t>
      </w:r>
      <w:proofErr w:type="spellEnd"/>
      <w:r w:rsidRPr="00E66F47">
        <w:rPr>
          <w:color w:val="auto"/>
          <w:lang w:val="fr-FR"/>
        </w:rPr>
        <w:t xml:space="preserve"> de </w:t>
      </w:r>
      <w:proofErr w:type="spellStart"/>
      <w:r w:rsidRPr="00E66F47">
        <w:rPr>
          <w:color w:val="auto"/>
          <w:lang w:val="fr-FR"/>
        </w:rPr>
        <w:t>Pasaporte</w:t>
      </w:r>
      <w:proofErr w:type="spellEnd"/>
    </w:p>
    <w:p w14:paraId="577F67D8" w14:textId="77777777" w:rsidR="00827F0B" w:rsidRPr="00E66F47" w:rsidRDefault="00000000">
      <w:pPr>
        <w:pStyle w:val="Heading2"/>
        <w:rPr>
          <w:color w:val="auto"/>
        </w:rPr>
      </w:pPr>
      <w:r w:rsidRPr="00E66F47">
        <w:rPr>
          <w:color w:val="auto"/>
        </w:rPr>
        <w:t>1. Datos de la Solicitud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3"/>
        <w:gridCol w:w="5547"/>
      </w:tblGrid>
      <w:tr w:rsidR="00827F0B" w:rsidRPr="00E66F47" w14:paraId="52D3018A" w14:textId="77777777">
        <w:tc>
          <w:tcPr>
            <w:tcW w:w="5440" w:type="dxa"/>
          </w:tcPr>
          <w:p w14:paraId="4DBFBE48" w14:textId="77777777" w:rsidR="00827F0B" w:rsidRPr="00E66F47" w:rsidRDefault="00000000">
            <w:r w:rsidRPr="00E66F47">
              <w:t>Campo</w:t>
            </w:r>
          </w:p>
        </w:tc>
        <w:tc>
          <w:tcPr>
            <w:tcW w:w="5440" w:type="dxa"/>
          </w:tcPr>
          <w:p w14:paraId="4FF3B0D0" w14:textId="77777777" w:rsidR="00827F0B" w:rsidRPr="00E66F47" w:rsidRDefault="00000000">
            <w:r w:rsidRPr="00E66F47">
              <w:t>Información</w:t>
            </w:r>
          </w:p>
        </w:tc>
      </w:tr>
      <w:tr w:rsidR="00827F0B" w:rsidRPr="00E66F47" w14:paraId="72343F75" w14:textId="77777777">
        <w:tc>
          <w:tcPr>
            <w:tcW w:w="3969" w:type="dxa"/>
          </w:tcPr>
          <w:p w14:paraId="03EEED25" w14:textId="77777777" w:rsidR="00827F0B" w:rsidRPr="00E66F47" w:rsidRDefault="00000000">
            <w:pPr>
              <w:rPr>
                <w:lang w:val="fr-FR"/>
              </w:rPr>
            </w:pPr>
            <w:r w:rsidRPr="00E66F47">
              <w:rPr>
                <w:lang w:val="fr-FR"/>
              </w:rPr>
              <w:t xml:space="preserve">Tipo de </w:t>
            </w:r>
            <w:proofErr w:type="spellStart"/>
            <w:r w:rsidRPr="00E66F47">
              <w:rPr>
                <w:lang w:val="fr-FR"/>
              </w:rPr>
              <w:t>solicitud</w:t>
            </w:r>
            <w:proofErr w:type="spellEnd"/>
            <w:r w:rsidRPr="00E66F47">
              <w:rPr>
                <w:lang w:val="fr-FR"/>
              </w:rPr>
              <w:t xml:space="preserve"> (☐ Nuevo ☐ </w:t>
            </w:r>
            <w:proofErr w:type="spellStart"/>
            <w:r w:rsidRPr="00E66F47">
              <w:rPr>
                <w:lang w:val="fr-FR"/>
              </w:rPr>
              <w:t>Renovación</w:t>
            </w:r>
            <w:proofErr w:type="spellEnd"/>
            <w:r w:rsidRPr="00E66F47">
              <w:rPr>
                <w:lang w:val="fr-FR"/>
              </w:rPr>
              <w:t xml:space="preserve"> ☐ </w:t>
            </w:r>
            <w:proofErr w:type="spellStart"/>
            <w:r w:rsidRPr="00E66F47">
              <w:rPr>
                <w:lang w:val="fr-FR"/>
              </w:rPr>
              <w:t>Pérdida</w:t>
            </w:r>
            <w:proofErr w:type="spellEnd"/>
            <w:r w:rsidRPr="00E66F47">
              <w:rPr>
                <w:lang w:val="fr-FR"/>
              </w:rPr>
              <w:t xml:space="preserve"> / </w:t>
            </w:r>
            <w:proofErr w:type="spellStart"/>
            <w:r w:rsidRPr="00E66F47">
              <w:rPr>
                <w:lang w:val="fr-FR"/>
              </w:rPr>
              <w:t>Deterioro</w:t>
            </w:r>
            <w:proofErr w:type="spellEnd"/>
            <w:r w:rsidRPr="00E66F47">
              <w:rPr>
                <w:lang w:val="fr-FR"/>
              </w:rPr>
              <w:t>)</w:t>
            </w:r>
          </w:p>
        </w:tc>
        <w:tc>
          <w:tcPr>
            <w:tcW w:w="5669" w:type="dxa"/>
          </w:tcPr>
          <w:p w14:paraId="000C4809" w14:textId="77777777" w:rsidR="00827F0B" w:rsidRPr="00E66F47" w:rsidRDefault="00827F0B">
            <w:pPr>
              <w:rPr>
                <w:lang w:val="fr-FR"/>
              </w:rPr>
            </w:pPr>
          </w:p>
        </w:tc>
      </w:tr>
      <w:tr w:rsidR="00827F0B" w:rsidRPr="00E66F47" w14:paraId="218350A9" w14:textId="77777777">
        <w:tc>
          <w:tcPr>
            <w:tcW w:w="3969" w:type="dxa"/>
          </w:tcPr>
          <w:p w14:paraId="59736291" w14:textId="77777777" w:rsidR="00827F0B" w:rsidRPr="00E66F47" w:rsidRDefault="00000000">
            <w:pPr>
              <w:rPr>
                <w:lang w:val="fr-FR"/>
              </w:rPr>
            </w:pPr>
            <w:r w:rsidRPr="00E66F47">
              <w:rPr>
                <w:lang w:val="fr-FR"/>
              </w:rPr>
              <w:t xml:space="preserve">Validez </w:t>
            </w:r>
            <w:proofErr w:type="spellStart"/>
            <w:r w:rsidRPr="00E66F47">
              <w:rPr>
                <w:lang w:val="fr-FR"/>
              </w:rPr>
              <w:t>solicitada</w:t>
            </w:r>
            <w:proofErr w:type="spellEnd"/>
            <w:r w:rsidRPr="00E66F47">
              <w:rPr>
                <w:lang w:val="fr-FR"/>
              </w:rPr>
              <w:t xml:space="preserve"> (☐ 1 </w:t>
            </w:r>
            <w:proofErr w:type="spellStart"/>
            <w:r w:rsidRPr="00E66F47">
              <w:rPr>
                <w:lang w:val="fr-FR"/>
              </w:rPr>
              <w:t>año</w:t>
            </w:r>
            <w:proofErr w:type="spellEnd"/>
            <w:r w:rsidRPr="00E66F47">
              <w:rPr>
                <w:lang w:val="fr-FR"/>
              </w:rPr>
              <w:t xml:space="preserve"> ☐ 5 </w:t>
            </w:r>
            <w:proofErr w:type="spellStart"/>
            <w:r w:rsidRPr="00E66F47">
              <w:rPr>
                <w:lang w:val="fr-FR"/>
              </w:rPr>
              <w:t>años</w:t>
            </w:r>
            <w:proofErr w:type="spellEnd"/>
            <w:r w:rsidRPr="00E66F47">
              <w:rPr>
                <w:lang w:val="fr-FR"/>
              </w:rPr>
              <w:t xml:space="preserve"> ☐ 10 </w:t>
            </w:r>
            <w:proofErr w:type="spellStart"/>
            <w:r w:rsidRPr="00E66F47">
              <w:rPr>
                <w:lang w:val="fr-FR"/>
              </w:rPr>
              <w:t>años</w:t>
            </w:r>
            <w:proofErr w:type="spellEnd"/>
            <w:r w:rsidRPr="00E66F47">
              <w:rPr>
                <w:lang w:val="fr-FR"/>
              </w:rPr>
              <w:t>)</w:t>
            </w:r>
          </w:p>
        </w:tc>
        <w:tc>
          <w:tcPr>
            <w:tcW w:w="5669" w:type="dxa"/>
          </w:tcPr>
          <w:p w14:paraId="3A992DEB" w14:textId="77777777" w:rsidR="00827F0B" w:rsidRPr="00E66F47" w:rsidRDefault="00827F0B">
            <w:pPr>
              <w:rPr>
                <w:lang w:val="fr-FR"/>
              </w:rPr>
            </w:pPr>
          </w:p>
        </w:tc>
      </w:tr>
      <w:tr w:rsidR="00827F0B" w:rsidRPr="00E66F47" w14:paraId="5693A983" w14:textId="77777777">
        <w:tc>
          <w:tcPr>
            <w:tcW w:w="3969" w:type="dxa"/>
          </w:tcPr>
          <w:p w14:paraId="45BA3764" w14:textId="77777777" w:rsidR="00827F0B" w:rsidRPr="00E66F47" w:rsidRDefault="00000000">
            <w:pPr>
              <w:rPr>
                <w:lang w:val="fr-FR"/>
              </w:rPr>
            </w:pPr>
            <w:r w:rsidRPr="00E66F47">
              <w:rPr>
                <w:lang w:val="fr-FR"/>
              </w:rPr>
              <w:t xml:space="preserve">Cita (Uso </w:t>
            </w:r>
            <w:proofErr w:type="spellStart"/>
            <w:r w:rsidRPr="00E66F47">
              <w:rPr>
                <w:lang w:val="fr-FR"/>
              </w:rPr>
              <w:t>exclusivo</w:t>
            </w:r>
            <w:proofErr w:type="spellEnd"/>
            <w:r w:rsidRPr="00E66F47">
              <w:rPr>
                <w:lang w:val="fr-FR"/>
              </w:rPr>
              <w:t xml:space="preserve"> de la </w:t>
            </w:r>
            <w:proofErr w:type="spellStart"/>
            <w:r w:rsidRPr="00E66F47">
              <w:rPr>
                <w:lang w:val="fr-FR"/>
              </w:rPr>
              <w:t>Embajada</w:t>
            </w:r>
            <w:proofErr w:type="spellEnd"/>
            <w:r w:rsidRPr="00E66F47">
              <w:rPr>
                <w:lang w:val="fr-FR"/>
              </w:rPr>
              <w:t>)</w:t>
            </w:r>
          </w:p>
        </w:tc>
        <w:tc>
          <w:tcPr>
            <w:tcW w:w="5669" w:type="dxa"/>
          </w:tcPr>
          <w:p w14:paraId="13EBC28F" w14:textId="77777777" w:rsidR="00827F0B" w:rsidRPr="00E66F47" w:rsidRDefault="00827F0B">
            <w:pPr>
              <w:rPr>
                <w:lang w:val="fr-FR"/>
              </w:rPr>
            </w:pPr>
          </w:p>
        </w:tc>
      </w:tr>
    </w:tbl>
    <w:p w14:paraId="79DADDF4" w14:textId="77777777" w:rsidR="00827F0B" w:rsidRPr="00E66F47" w:rsidRDefault="00827F0B">
      <w:pPr>
        <w:rPr>
          <w:lang w:val="fr-FR"/>
        </w:rPr>
      </w:pPr>
    </w:p>
    <w:p w14:paraId="5C81D1E6" w14:textId="77777777" w:rsidR="00827F0B" w:rsidRPr="00E66F47" w:rsidRDefault="00000000">
      <w:pPr>
        <w:pStyle w:val="Heading2"/>
        <w:rPr>
          <w:color w:val="auto"/>
        </w:rPr>
      </w:pPr>
      <w:r w:rsidRPr="00E66F47">
        <w:rPr>
          <w:color w:val="auto"/>
        </w:rPr>
        <w:t>2. Datos Personales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5"/>
        <w:gridCol w:w="5545"/>
      </w:tblGrid>
      <w:tr w:rsidR="00827F0B" w:rsidRPr="00E66F47" w14:paraId="549C7137" w14:textId="77777777">
        <w:tc>
          <w:tcPr>
            <w:tcW w:w="5440" w:type="dxa"/>
          </w:tcPr>
          <w:p w14:paraId="7B5E52EC" w14:textId="77777777" w:rsidR="00827F0B" w:rsidRPr="00E66F47" w:rsidRDefault="00000000">
            <w:r w:rsidRPr="00E66F47">
              <w:t>Campo</w:t>
            </w:r>
          </w:p>
        </w:tc>
        <w:tc>
          <w:tcPr>
            <w:tcW w:w="5440" w:type="dxa"/>
          </w:tcPr>
          <w:p w14:paraId="6CA016ED" w14:textId="77777777" w:rsidR="00827F0B" w:rsidRPr="00E66F47" w:rsidRDefault="00000000">
            <w:r w:rsidRPr="00E66F47">
              <w:t>Información</w:t>
            </w:r>
          </w:p>
        </w:tc>
      </w:tr>
      <w:tr w:rsidR="00827F0B" w:rsidRPr="00E66F47" w14:paraId="42CDEAC4" w14:textId="77777777">
        <w:tc>
          <w:tcPr>
            <w:tcW w:w="3969" w:type="dxa"/>
          </w:tcPr>
          <w:p w14:paraId="10B03335" w14:textId="77777777" w:rsidR="00827F0B" w:rsidRPr="00E66F47" w:rsidRDefault="00000000">
            <w:r w:rsidRPr="00E66F47">
              <w:t>Nombre</w:t>
            </w:r>
          </w:p>
        </w:tc>
        <w:tc>
          <w:tcPr>
            <w:tcW w:w="5669" w:type="dxa"/>
          </w:tcPr>
          <w:p w14:paraId="52A94521" w14:textId="77777777" w:rsidR="00827F0B" w:rsidRPr="00E66F47" w:rsidRDefault="00827F0B"/>
        </w:tc>
      </w:tr>
      <w:tr w:rsidR="00827F0B" w:rsidRPr="00E66F47" w14:paraId="50E67188" w14:textId="77777777">
        <w:tc>
          <w:tcPr>
            <w:tcW w:w="3969" w:type="dxa"/>
          </w:tcPr>
          <w:p w14:paraId="70B42AA1" w14:textId="77777777" w:rsidR="00827F0B" w:rsidRPr="00E66F47" w:rsidRDefault="00000000">
            <w:r w:rsidRPr="00E66F47">
              <w:t>Apellido</w:t>
            </w:r>
          </w:p>
        </w:tc>
        <w:tc>
          <w:tcPr>
            <w:tcW w:w="5669" w:type="dxa"/>
          </w:tcPr>
          <w:p w14:paraId="4AD462FD" w14:textId="77777777" w:rsidR="00827F0B" w:rsidRPr="00E66F47" w:rsidRDefault="00827F0B"/>
        </w:tc>
      </w:tr>
      <w:tr w:rsidR="00827F0B" w:rsidRPr="00E66F47" w14:paraId="0FDDC5E2" w14:textId="77777777">
        <w:tc>
          <w:tcPr>
            <w:tcW w:w="3969" w:type="dxa"/>
          </w:tcPr>
          <w:p w14:paraId="339E3E48" w14:textId="77777777" w:rsidR="00827F0B" w:rsidRPr="00E66F47" w:rsidRDefault="00000000">
            <w:r w:rsidRPr="00E66F47">
              <w:t>Nombre del padre</w:t>
            </w:r>
          </w:p>
        </w:tc>
        <w:tc>
          <w:tcPr>
            <w:tcW w:w="5669" w:type="dxa"/>
          </w:tcPr>
          <w:p w14:paraId="58C81BC2" w14:textId="77777777" w:rsidR="00827F0B" w:rsidRPr="00E66F47" w:rsidRDefault="00827F0B"/>
        </w:tc>
      </w:tr>
      <w:tr w:rsidR="00827F0B" w:rsidRPr="00E66F47" w14:paraId="60A458C5" w14:textId="77777777">
        <w:tc>
          <w:tcPr>
            <w:tcW w:w="3969" w:type="dxa"/>
          </w:tcPr>
          <w:p w14:paraId="49FD31DD" w14:textId="77777777" w:rsidR="00827F0B" w:rsidRPr="00E66F47" w:rsidRDefault="00000000">
            <w:r w:rsidRPr="00E66F47">
              <w:t>Nombre de la madre</w:t>
            </w:r>
          </w:p>
        </w:tc>
        <w:tc>
          <w:tcPr>
            <w:tcW w:w="5669" w:type="dxa"/>
          </w:tcPr>
          <w:p w14:paraId="116EBF0F" w14:textId="77777777" w:rsidR="00827F0B" w:rsidRPr="00E66F47" w:rsidRDefault="00827F0B"/>
        </w:tc>
      </w:tr>
      <w:tr w:rsidR="00827F0B" w:rsidRPr="00E66F47" w14:paraId="082EF8F0" w14:textId="77777777">
        <w:tc>
          <w:tcPr>
            <w:tcW w:w="3969" w:type="dxa"/>
          </w:tcPr>
          <w:p w14:paraId="1BEE71DC" w14:textId="77777777" w:rsidR="00827F0B" w:rsidRPr="00E66F47" w:rsidRDefault="00000000">
            <w:pPr>
              <w:rPr>
                <w:lang w:val="fr-FR"/>
              </w:rPr>
            </w:pPr>
            <w:proofErr w:type="spellStart"/>
            <w:r w:rsidRPr="00E66F47">
              <w:rPr>
                <w:lang w:val="fr-FR"/>
              </w:rPr>
              <w:t>Apellido</w:t>
            </w:r>
            <w:proofErr w:type="spellEnd"/>
            <w:r w:rsidRPr="00E66F47">
              <w:rPr>
                <w:lang w:val="fr-FR"/>
              </w:rPr>
              <w:t xml:space="preserve"> de </w:t>
            </w:r>
            <w:proofErr w:type="spellStart"/>
            <w:r w:rsidRPr="00E66F47">
              <w:rPr>
                <w:lang w:val="fr-FR"/>
              </w:rPr>
              <w:t>soltera</w:t>
            </w:r>
            <w:proofErr w:type="spellEnd"/>
            <w:r w:rsidRPr="00E66F47">
              <w:rPr>
                <w:lang w:val="fr-FR"/>
              </w:rPr>
              <w:t xml:space="preserve"> de la </w:t>
            </w:r>
            <w:proofErr w:type="spellStart"/>
            <w:r w:rsidRPr="00E66F47">
              <w:rPr>
                <w:lang w:val="fr-FR"/>
              </w:rPr>
              <w:t>madre</w:t>
            </w:r>
            <w:proofErr w:type="spellEnd"/>
          </w:p>
        </w:tc>
        <w:tc>
          <w:tcPr>
            <w:tcW w:w="5669" w:type="dxa"/>
          </w:tcPr>
          <w:p w14:paraId="2592B4CE" w14:textId="77777777" w:rsidR="00827F0B" w:rsidRPr="00E66F47" w:rsidRDefault="00827F0B">
            <w:pPr>
              <w:rPr>
                <w:lang w:val="fr-FR"/>
              </w:rPr>
            </w:pPr>
          </w:p>
        </w:tc>
      </w:tr>
      <w:tr w:rsidR="00827F0B" w:rsidRPr="00E66F47" w14:paraId="66E58242" w14:textId="77777777">
        <w:tc>
          <w:tcPr>
            <w:tcW w:w="3969" w:type="dxa"/>
          </w:tcPr>
          <w:p w14:paraId="0D10C836" w14:textId="77777777" w:rsidR="00827F0B" w:rsidRPr="00E66F47" w:rsidRDefault="00000000">
            <w:r w:rsidRPr="00E66F47">
              <w:t xml:space="preserve">Lugar de </w:t>
            </w:r>
            <w:proofErr w:type="spellStart"/>
            <w:r w:rsidRPr="00E66F47">
              <w:t>nacimiento</w:t>
            </w:r>
            <w:proofErr w:type="spellEnd"/>
          </w:p>
        </w:tc>
        <w:tc>
          <w:tcPr>
            <w:tcW w:w="5669" w:type="dxa"/>
          </w:tcPr>
          <w:p w14:paraId="57DD7BDC" w14:textId="77777777" w:rsidR="00827F0B" w:rsidRPr="00E66F47" w:rsidRDefault="00827F0B"/>
        </w:tc>
      </w:tr>
      <w:tr w:rsidR="00827F0B" w:rsidRPr="00E66F47" w14:paraId="2BF05B77" w14:textId="77777777">
        <w:tc>
          <w:tcPr>
            <w:tcW w:w="3969" w:type="dxa"/>
          </w:tcPr>
          <w:p w14:paraId="0DC307EE" w14:textId="77777777" w:rsidR="00827F0B" w:rsidRPr="00E66F47" w:rsidRDefault="00000000">
            <w:r w:rsidRPr="00E66F47">
              <w:t>Fecha de nacimiento</w:t>
            </w:r>
          </w:p>
        </w:tc>
        <w:tc>
          <w:tcPr>
            <w:tcW w:w="5669" w:type="dxa"/>
          </w:tcPr>
          <w:p w14:paraId="0E13E2CC" w14:textId="77777777" w:rsidR="00827F0B" w:rsidRPr="00E66F47" w:rsidRDefault="00827F0B"/>
        </w:tc>
      </w:tr>
      <w:tr w:rsidR="00827F0B" w:rsidRPr="00E66F47" w14:paraId="17C90E61" w14:textId="77777777">
        <w:tc>
          <w:tcPr>
            <w:tcW w:w="3969" w:type="dxa"/>
          </w:tcPr>
          <w:p w14:paraId="3EF1B647" w14:textId="77777777" w:rsidR="00827F0B" w:rsidRPr="00E66F47" w:rsidRDefault="00000000">
            <w:r w:rsidRPr="00E66F47">
              <w:t>Lugar de inscripción (Líbano)</w:t>
            </w:r>
          </w:p>
        </w:tc>
        <w:tc>
          <w:tcPr>
            <w:tcW w:w="5669" w:type="dxa"/>
          </w:tcPr>
          <w:p w14:paraId="59EA97A9" w14:textId="77777777" w:rsidR="00827F0B" w:rsidRPr="00E66F47" w:rsidRDefault="00827F0B"/>
        </w:tc>
      </w:tr>
      <w:tr w:rsidR="00827F0B" w:rsidRPr="00E66F47" w14:paraId="036EF567" w14:textId="77777777">
        <w:tc>
          <w:tcPr>
            <w:tcW w:w="3969" w:type="dxa"/>
          </w:tcPr>
          <w:p w14:paraId="17396CDE" w14:textId="77777777" w:rsidR="00827F0B" w:rsidRPr="00E66F47" w:rsidRDefault="00000000">
            <w:r w:rsidRPr="00E66F47">
              <w:t>Número de registro civil</w:t>
            </w:r>
          </w:p>
        </w:tc>
        <w:tc>
          <w:tcPr>
            <w:tcW w:w="5669" w:type="dxa"/>
          </w:tcPr>
          <w:p w14:paraId="11123B05" w14:textId="77777777" w:rsidR="00827F0B" w:rsidRPr="00E66F47" w:rsidRDefault="00827F0B"/>
        </w:tc>
      </w:tr>
      <w:tr w:rsidR="00827F0B" w:rsidRPr="00E66F47" w14:paraId="58F722C5" w14:textId="77777777">
        <w:tc>
          <w:tcPr>
            <w:tcW w:w="3969" w:type="dxa"/>
          </w:tcPr>
          <w:p w14:paraId="52C927F0" w14:textId="77777777" w:rsidR="00827F0B" w:rsidRPr="00E66F47" w:rsidRDefault="00000000">
            <w:r w:rsidRPr="00E66F47">
              <w:t>Distrito (Caza)</w:t>
            </w:r>
          </w:p>
        </w:tc>
        <w:tc>
          <w:tcPr>
            <w:tcW w:w="5669" w:type="dxa"/>
          </w:tcPr>
          <w:p w14:paraId="0A0E12E2" w14:textId="77777777" w:rsidR="00827F0B" w:rsidRPr="00E66F47" w:rsidRDefault="00827F0B"/>
        </w:tc>
      </w:tr>
      <w:tr w:rsidR="00827F0B" w:rsidRPr="00E66F47" w14:paraId="082678F6" w14:textId="77777777">
        <w:tc>
          <w:tcPr>
            <w:tcW w:w="3969" w:type="dxa"/>
          </w:tcPr>
          <w:p w14:paraId="1BFDC206" w14:textId="77777777" w:rsidR="00827F0B" w:rsidRPr="00E66F47" w:rsidRDefault="00000000">
            <w:r w:rsidRPr="00E66F47">
              <w:t>Profesión</w:t>
            </w:r>
          </w:p>
        </w:tc>
        <w:tc>
          <w:tcPr>
            <w:tcW w:w="5669" w:type="dxa"/>
          </w:tcPr>
          <w:p w14:paraId="71092D94" w14:textId="77777777" w:rsidR="00827F0B" w:rsidRPr="00E66F47" w:rsidRDefault="00827F0B"/>
        </w:tc>
      </w:tr>
      <w:tr w:rsidR="00827F0B" w:rsidRPr="00E66F47" w14:paraId="0E090888" w14:textId="77777777">
        <w:tc>
          <w:tcPr>
            <w:tcW w:w="3969" w:type="dxa"/>
          </w:tcPr>
          <w:p w14:paraId="46FB21F3" w14:textId="77777777" w:rsidR="00827F0B" w:rsidRPr="00E66F47" w:rsidRDefault="00000000">
            <w:r w:rsidRPr="00E66F47">
              <w:t>Estado civil</w:t>
            </w:r>
          </w:p>
        </w:tc>
        <w:tc>
          <w:tcPr>
            <w:tcW w:w="5669" w:type="dxa"/>
          </w:tcPr>
          <w:p w14:paraId="2B52440A" w14:textId="77777777" w:rsidR="00827F0B" w:rsidRPr="00E66F47" w:rsidRDefault="00827F0B"/>
        </w:tc>
      </w:tr>
      <w:tr w:rsidR="00827F0B" w:rsidRPr="00E66F47" w14:paraId="1BEF5995" w14:textId="77777777">
        <w:tc>
          <w:tcPr>
            <w:tcW w:w="3969" w:type="dxa"/>
          </w:tcPr>
          <w:p w14:paraId="0B98F52B" w14:textId="77777777" w:rsidR="00827F0B" w:rsidRPr="00E66F47" w:rsidRDefault="00000000">
            <w:r w:rsidRPr="00E66F47">
              <w:t>Nombre del cónyuge</w:t>
            </w:r>
          </w:p>
        </w:tc>
        <w:tc>
          <w:tcPr>
            <w:tcW w:w="5669" w:type="dxa"/>
          </w:tcPr>
          <w:p w14:paraId="06022919" w14:textId="77777777" w:rsidR="00827F0B" w:rsidRPr="00E66F47" w:rsidRDefault="00827F0B"/>
        </w:tc>
      </w:tr>
      <w:tr w:rsidR="00827F0B" w:rsidRPr="00E66F47" w14:paraId="162B1EDF" w14:textId="77777777">
        <w:tc>
          <w:tcPr>
            <w:tcW w:w="3969" w:type="dxa"/>
          </w:tcPr>
          <w:p w14:paraId="484C7721" w14:textId="77777777" w:rsidR="00827F0B" w:rsidRPr="00E66F47" w:rsidRDefault="00000000">
            <w:r w:rsidRPr="00E66F47">
              <w:t>Nacionalidad del cónyuge</w:t>
            </w:r>
          </w:p>
        </w:tc>
        <w:tc>
          <w:tcPr>
            <w:tcW w:w="5669" w:type="dxa"/>
          </w:tcPr>
          <w:p w14:paraId="38830A33" w14:textId="77777777" w:rsidR="00827F0B" w:rsidRPr="00E66F47" w:rsidRDefault="00827F0B"/>
        </w:tc>
      </w:tr>
    </w:tbl>
    <w:p w14:paraId="0F4C0A69" w14:textId="77777777" w:rsidR="00827F0B" w:rsidRPr="00E66F47" w:rsidRDefault="00827F0B"/>
    <w:p w14:paraId="733816DD" w14:textId="77777777" w:rsidR="00827F0B" w:rsidRPr="00E66F47" w:rsidRDefault="00000000">
      <w:pPr>
        <w:pStyle w:val="Heading2"/>
        <w:rPr>
          <w:color w:val="auto"/>
        </w:rPr>
      </w:pPr>
      <w:r w:rsidRPr="00E66F47">
        <w:rPr>
          <w:color w:val="auto"/>
        </w:rPr>
        <w:t>3. Pasaporte Libanés Actual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4"/>
        <w:gridCol w:w="5546"/>
      </w:tblGrid>
      <w:tr w:rsidR="00827F0B" w:rsidRPr="00E66F47" w14:paraId="44F4B9E6" w14:textId="77777777">
        <w:tc>
          <w:tcPr>
            <w:tcW w:w="5440" w:type="dxa"/>
          </w:tcPr>
          <w:p w14:paraId="49D20961" w14:textId="77777777" w:rsidR="00827F0B" w:rsidRPr="00E66F47" w:rsidRDefault="00000000">
            <w:r w:rsidRPr="00E66F47">
              <w:t>Campo</w:t>
            </w:r>
          </w:p>
        </w:tc>
        <w:tc>
          <w:tcPr>
            <w:tcW w:w="5440" w:type="dxa"/>
          </w:tcPr>
          <w:p w14:paraId="19BEBA10" w14:textId="77777777" w:rsidR="00827F0B" w:rsidRPr="00E66F47" w:rsidRDefault="00000000">
            <w:r w:rsidRPr="00E66F47">
              <w:t>Información</w:t>
            </w:r>
          </w:p>
        </w:tc>
      </w:tr>
      <w:tr w:rsidR="00827F0B" w:rsidRPr="00E66F47" w14:paraId="7DE57B95" w14:textId="77777777">
        <w:tc>
          <w:tcPr>
            <w:tcW w:w="3969" w:type="dxa"/>
          </w:tcPr>
          <w:p w14:paraId="7B8C8E55" w14:textId="77777777" w:rsidR="00827F0B" w:rsidRPr="00E66F47" w:rsidRDefault="00000000">
            <w:r w:rsidRPr="00E66F47">
              <w:t>Número de pasaporte</w:t>
            </w:r>
          </w:p>
        </w:tc>
        <w:tc>
          <w:tcPr>
            <w:tcW w:w="5669" w:type="dxa"/>
          </w:tcPr>
          <w:p w14:paraId="5A3D54A7" w14:textId="77777777" w:rsidR="00827F0B" w:rsidRPr="00E66F47" w:rsidRDefault="00827F0B"/>
        </w:tc>
      </w:tr>
      <w:tr w:rsidR="00827F0B" w:rsidRPr="00E66F47" w14:paraId="692A0055" w14:textId="77777777">
        <w:tc>
          <w:tcPr>
            <w:tcW w:w="3969" w:type="dxa"/>
          </w:tcPr>
          <w:p w14:paraId="67C2F910" w14:textId="77777777" w:rsidR="00827F0B" w:rsidRPr="00E66F47" w:rsidRDefault="00000000">
            <w:r w:rsidRPr="00E66F47">
              <w:t>Lugar de expedición</w:t>
            </w:r>
          </w:p>
        </w:tc>
        <w:tc>
          <w:tcPr>
            <w:tcW w:w="5669" w:type="dxa"/>
          </w:tcPr>
          <w:p w14:paraId="3DD9D76B" w14:textId="77777777" w:rsidR="00827F0B" w:rsidRPr="00E66F47" w:rsidRDefault="00827F0B"/>
        </w:tc>
      </w:tr>
      <w:tr w:rsidR="00827F0B" w:rsidRPr="00E66F47" w14:paraId="4AA65740" w14:textId="77777777">
        <w:tc>
          <w:tcPr>
            <w:tcW w:w="3969" w:type="dxa"/>
          </w:tcPr>
          <w:p w14:paraId="0B5B9C44" w14:textId="77777777" w:rsidR="00827F0B" w:rsidRPr="00E66F47" w:rsidRDefault="00000000">
            <w:r w:rsidRPr="00E66F47">
              <w:t>Fecha de expedición</w:t>
            </w:r>
          </w:p>
        </w:tc>
        <w:tc>
          <w:tcPr>
            <w:tcW w:w="5669" w:type="dxa"/>
          </w:tcPr>
          <w:p w14:paraId="548698F2" w14:textId="77777777" w:rsidR="00827F0B" w:rsidRPr="00E66F47" w:rsidRDefault="00827F0B"/>
        </w:tc>
      </w:tr>
      <w:tr w:rsidR="00827F0B" w:rsidRPr="00E66F47" w14:paraId="3A74F46D" w14:textId="77777777">
        <w:tc>
          <w:tcPr>
            <w:tcW w:w="3969" w:type="dxa"/>
          </w:tcPr>
          <w:p w14:paraId="6A6E1C32" w14:textId="77777777" w:rsidR="00827F0B" w:rsidRPr="00E66F47" w:rsidRDefault="00000000">
            <w:r w:rsidRPr="00E66F47">
              <w:t>Fecha de vencimiento</w:t>
            </w:r>
          </w:p>
        </w:tc>
        <w:tc>
          <w:tcPr>
            <w:tcW w:w="5669" w:type="dxa"/>
          </w:tcPr>
          <w:p w14:paraId="1D3CA43A" w14:textId="77777777" w:rsidR="00827F0B" w:rsidRPr="00E66F47" w:rsidRDefault="00827F0B"/>
        </w:tc>
      </w:tr>
    </w:tbl>
    <w:p w14:paraId="33D1CBA5" w14:textId="77777777" w:rsidR="00827F0B" w:rsidRPr="00E66F47" w:rsidRDefault="00827F0B"/>
    <w:p w14:paraId="127E4ED0" w14:textId="77777777" w:rsidR="00827F0B" w:rsidRPr="00E66F47" w:rsidRDefault="00000000">
      <w:pPr>
        <w:pStyle w:val="Heading2"/>
        <w:rPr>
          <w:color w:val="auto"/>
        </w:rPr>
      </w:pPr>
      <w:r w:rsidRPr="00E66F47">
        <w:rPr>
          <w:color w:val="auto"/>
        </w:rPr>
        <w:t>4. Información de Contacto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7"/>
        <w:gridCol w:w="5543"/>
      </w:tblGrid>
      <w:tr w:rsidR="00827F0B" w:rsidRPr="00E66F47" w14:paraId="4F5C7EC2" w14:textId="77777777">
        <w:tc>
          <w:tcPr>
            <w:tcW w:w="5440" w:type="dxa"/>
          </w:tcPr>
          <w:p w14:paraId="12A23B2F" w14:textId="77777777" w:rsidR="00827F0B" w:rsidRPr="00E66F47" w:rsidRDefault="00000000">
            <w:r w:rsidRPr="00E66F47">
              <w:t>Campo</w:t>
            </w:r>
          </w:p>
        </w:tc>
        <w:tc>
          <w:tcPr>
            <w:tcW w:w="5440" w:type="dxa"/>
          </w:tcPr>
          <w:p w14:paraId="74C547B2" w14:textId="77777777" w:rsidR="00827F0B" w:rsidRPr="00E66F47" w:rsidRDefault="00000000">
            <w:r w:rsidRPr="00E66F47">
              <w:t>Información</w:t>
            </w:r>
          </w:p>
        </w:tc>
      </w:tr>
      <w:tr w:rsidR="00827F0B" w:rsidRPr="00E66F47" w14:paraId="724E3F7A" w14:textId="77777777">
        <w:tc>
          <w:tcPr>
            <w:tcW w:w="3969" w:type="dxa"/>
          </w:tcPr>
          <w:p w14:paraId="2A77C580" w14:textId="77777777" w:rsidR="00827F0B" w:rsidRPr="00E66F47" w:rsidRDefault="00000000">
            <w:pPr>
              <w:rPr>
                <w:lang w:val="fr-FR"/>
              </w:rPr>
            </w:pPr>
            <w:proofErr w:type="spellStart"/>
            <w:r w:rsidRPr="00E66F47">
              <w:rPr>
                <w:lang w:val="fr-FR"/>
              </w:rPr>
              <w:t>Dirección</w:t>
            </w:r>
            <w:proofErr w:type="spellEnd"/>
            <w:r w:rsidRPr="00E66F47">
              <w:rPr>
                <w:lang w:val="fr-FR"/>
              </w:rPr>
              <w:t xml:space="preserve"> de </w:t>
            </w:r>
            <w:proofErr w:type="spellStart"/>
            <w:r w:rsidRPr="00E66F47">
              <w:rPr>
                <w:lang w:val="fr-FR"/>
              </w:rPr>
              <w:t>residencia</w:t>
            </w:r>
            <w:proofErr w:type="spellEnd"/>
            <w:r w:rsidRPr="00E66F47">
              <w:rPr>
                <w:lang w:val="fr-FR"/>
              </w:rPr>
              <w:t xml:space="preserve"> en el </w:t>
            </w:r>
            <w:proofErr w:type="spellStart"/>
            <w:r w:rsidRPr="00E66F47">
              <w:rPr>
                <w:lang w:val="fr-FR"/>
              </w:rPr>
              <w:t>Líbano</w:t>
            </w:r>
            <w:proofErr w:type="spellEnd"/>
          </w:p>
        </w:tc>
        <w:tc>
          <w:tcPr>
            <w:tcW w:w="5669" w:type="dxa"/>
          </w:tcPr>
          <w:p w14:paraId="4FE07DFD" w14:textId="77777777" w:rsidR="00827F0B" w:rsidRPr="00E66F47" w:rsidRDefault="00827F0B">
            <w:pPr>
              <w:rPr>
                <w:lang w:val="fr-FR"/>
              </w:rPr>
            </w:pPr>
          </w:p>
        </w:tc>
      </w:tr>
      <w:tr w:rsidR="00827F0B" w:rsidRPr="00E66F47" w14:paraId="3F706E0B" w14:textId="77777777">
        <w:tc>
          <w:tcPr>
            <w:tcW w:w="3969" w:type="dxa"/>
          </w:tcPr>
          <w:p w14:paraId="3EE63317" w14:textId="77777777" w:rsidR="00827F0B" w:rsidRPr="00E66F47" w:rsidRDefault="00000000">
            <w:pPr>
              <w:rPr>
                <w:lang w:val="fr-FR"/>
              </w:rPr>
            </w:pPr>
            <w:proofErr w:type="spellStart"/>
            <w:r w:rsidRPr="00E66F47">
              <w:rPr>
                <w:lang w:val="fr-FR"/>
              </w:rPr>
              <w:t>Dirección</w:t>
            </w:r>
            <w:proofErr w:type="spellEnd"/>
            <w:r w:rsidRPr="00E66F47">
              <w:rPr>
                <w:lang w:val="fr-FR"/>
              </w:rPr>
              <w:t xml:space="preserve"> de </w:t>
            </w:r>
            <w:proofErr w:type="spellStart"/>
            <w:r w:rsidRPr="00E66F47">
              <w:rPr>
                <w:lang w:val="fr-FR"/>
              </w:rPr>
              <w:t>residencia</w:t>
            </w:r>
            <w:proofErr w:type="spellEnd"/>
            <w:r w:rsidRPr="00E66F47">
              <w:rPr>
                <w:lang w:val="fr-FR"/>
              </w:rPr>
              <w:t xml:space="preserve"> en la Argentina</w:t>
            </w:r>
          </w:p>
        </w:tc>
        <w:tc>
          <w:tcPr>
            <w:tcW w:w="5669" w:type="dxa"/>
          </w:tcPr>
          <w:p w14:paraId="2042D84B" w14:textId="77777777" w:rsidR="00827F0B" w:rsidRPr="00E66F47" w:rsidRDefault="00827F0B">
            <w:pPr>
              <w:rPr>
                <w:lang w:val="fr-FR"/>
              </w:rPr>
            </w:pPr>
          </w:p>
        </w:tc>
      </w:tr>
      <w:tr w:rsidR="00827F0B" w:rsidRPr="00E66F47" w14:paraId="4BD50D9C" w14:textId="77777777">
        <w:tc>
          <w:tcPr>
            <w:tcW w:w="3969" w:type="dxa"/>
          </w:tcPr>
          <w:p w14:paraId="573A69B2" w14:textId="77777777" w:rsidR="00827F0B" w:rsidRPr="00E66F47" w:rsidRDefault="00000000">
            <w:r w:rsidRPr="00E66F47">
              <w:t>Ciudad</w:t>
            </w:r>
          </w:p>
        </w:tc>
        <w:tc>
          <w:tcPr>
            <w:tcW w:w="5669" w:type="dxa"/>
          </w:tcPr>
          <w:p w14:paraId="76F5B95D" w14:textId="77777777" w:rsidR="00827F0B" w:rsidRPr="00E66F47" w:rsidRDefault="00827F0B"/>
        </w:tc>
      </w:tr>
      <w:tr w:rsidR="00827F0B" w:rsidRPr="00E66F47" w14:paraId="1808472C" w14:textId="77777777">
        <w:tc>
          <w:tcPr>
            <w:tcW w:w="3969" w:type="dxa"/>
          </w:tcPr>
          <w:p w14:paraId="4777F802" w14:textId="77777777" w:rsidR="00827F0B" w:rsidRPr="00E66F47" w:rsidRDefault="00000000">
            <w:r w:rsidRPr="00E66F47">
              <w:t>Calle</w:t>
            </w:r>
          </w:p>
        </w:tc>
        <w:tc>
          <w:tcPr>
            <w:tcW w:w="5669" w:type="dxa"/>
          </w:tcPr>
          <w:p w14:paraId="60723280" w14:textId="77777777" w:rsidR="00827F0B" w:rsidRPr="00E66F47" w:rsidRDefault="00827F0B"/>
        </w:tc>
      </w:tr>
      <w:tr w:rsidR="00827F0B" w:rsidRPr="00E66F47" w14:paraId="5C3E47AB" w14:textId="77777777">
        <w:tc>
          <w:tcPr>
            <w:tcW w:w="3969" w:type="dxa"/>
          </w:tcPr>
          <w:p w14:paraId="109F2154" w14:textId="77777777" w:rsidR="00827F0B" w:rsidRPr="00E66F47" w:rsidRDefault="00000000">
            <w:r w:rsidRPr="00E66F47">
              <w:t>Edificio / Departamento</w:t>
            </w:r>
          </w:p>
        </w:tc>
        <w:tc>
          <w:tcPr>
            <w:tcW w:w="5669" w:type="dxa"/>
          </w:tcPr>
          <w:p w14:paraId="43CE4BC9" w14:textId="77777777" w:rsidR="00827F0B" w:rsidRPr="00E66F47" w:rsidRDefault="00827F0B"/>
        </w:tc>
      </w:tr>
      <w:tr w:rsidR="00827F0B" w:rsidRPr="00E66F47" w14:paraId="51424DAE" w14:textId="77777777">
        <w:tc>
          <w:tcPr>
            <w:tcW w:w="3969" w:type="dxa"/>
          </w:tcPr>
          <w:p w14:paraId="5C50494E" w14:textId="77777777" w:rsidR="00827F0B" w:rsidRPr="00E66F47" w:rsidRDefault="00000000">
            <w:r w:rsidRPr="00E66F47">
              <w:t>Teléfono</w:t>
            </w:r>
          </w:p>
        </w:tc>
        <w:tc>
          <w:tcPr>
            <w:tcW w:w="5669" w:type="dxa"/>
          </w:tcPr>
          <w:p w14:paraId="0F191B8B" w14:textId="77777777" w:rsidR="00827F0B" w:rsidRPr="00E66F47" w:rsidRDefault="00827F0B"/>
        </w:tc>
      </w:tr>
      <w:tr w:rsidR="00827F0B" w:rsidRPr="00E66F47" w14:paraId="02AF9D66" w14:textId="77777777">
        <w:tc>
          <w:tcPr>
            <w:tcW w:w="3969" w:type="dxa"/>
          </w:tcPr>
          <w:p w14:paraId="77AAF02A" w14:textId="77777777" w:rsidR="00827F0B" w:rsidRPr="00E66F47" w:rsidRDefault="00000000">
            <w:r w:rsidRPr="00E66F47">
              <w:lastRenderedPageBreak/>
              <w:t>Teléfono móvil</w:t>
            </w:r>
          </w:p>
        </w:tc>
        <w:tc>
          <w:tcPr>
            <w:tcW w:w="5669" w:type="dxa"/>
          </w:tcPr>
          <w:p w14:paraId="73CC60EF" w14:textId="77777777" w:rsidR="00827F0B" w:rsidRPr="00E66F47" w:rsidRDefault="00827F0B"/>
        </w:tc>
      </w:tr>
      <w:tr w:rsidR="00827F0B" w:rsidRPr="00E66F47" w14:paraId="70DA9481" w14:textId="77777777">
        <w:tc>
          <w:tcPr>
            <w:tcW w:w="3969" w:type="dxa"/>
          </w:tcPr>
          <w:p w14:paraId="26360D2D" w14:textId="77777777" w:rsidR="00827F0B" w:rsidRPr="00E66F47" w:rsidRDefault="00000000">
            <w:r w:rsidRPr="00E66F47">
              <w:t>Correo electrónico personal</w:t>
            </w:r>
          </w:p>
        </w:tc>
        <w:tc>
          <w:tcPr>
            <w:tcW w:w="5669" w:type="dxa"/>
          </w:tcPr>
          <w:p w14:paraId="02A436E5" w14:textId="77777777" w:rsidR="00827F0B" w:rsidRPr="00E66F47" w:rsidRDefault="00827F0B"/>
        </w:tc>
      </w:tr>
      <w:tr w:rsidR="00827F0B" w:rsidRPr="00E66F47" w14:paraId="049442EB" w14:textId="77777777">
        <w:tc>
          <w:tcPr>
            <w:tcW w:w="3969" w:type="dxa"/>
          </w:tcPr>
          <w:p w14:paraId="0C80043E" w14:textId="77777777" w:rsidR="00827F0B" w:rsidRPr="00E66F47" w:rsidRDefault="00000000">
            <w:r w:rsidRPr="00E66F47">
              <w:t>Correo electrónico profesional</w:t>
            </w:r>
          </w:p>
        </w:tc>
        <w:tc>
          <w:tcPr>
            <w:tcW w:w="5669" w:type="dxa"/>
          </w:tcPr>
          <w:p w14:paraId="262F6DCE" w14:textId="77777777" w:rsidR="00827F0B" w:rsidRPr="00E66F47" w:rsidRDefault="00827F0B"/>
        </w:tc>
      </w:tr>
    </w:tbl>
    <w:p w14:paraId="46D7E4FF" w14:textId="77777777" w:rsidR="00827F0B" w:rsidRPr="00E66F47" w:rsidRDefault="00827F0B"/>
    <w:p w14:paraId="6378EA3E" w14:textId="77777777" w:rsidR="00827F0B" w:rsidRPr="00E66F47" w:rsidRDefault="00000000">
      <w:pPr>
        <w:pStyle w:val="Heading2"/>
        <w:rPr>
          <w:color w:val="auto"/>
        </w:rPr>
      </w:pPr>
      <w:r w:rsidRPr="00E66F47">
        <w:rPr>
          <w:color w:val="auto"/>
        </w:rPr>
        <w:t>5. Información Laboral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2"/>
        <w:gridCol w:w="5548"/>
      </w:tblGrid>
      <w:tr w:rsidR="00827F0B" w:rsidRPr="00E66F47" w14:paraId="408B2199" w14:textId="77777777">
        <w:tc>
          <w:tcPr>
            <w:tcW w:w="5440" w:type="dxa"/>
          </w:tcPr>
          <w:p w14:paraId="30BF4409" w14:textId="77777777" w:rsidR="00827F0B" w:rsidRPr="00E66F47" w:rsidRDefault="00000000">
            <w:r w:rsidRPr="00E66F47">
              <w:t>Campo</w:t>
            </w:r>
          </w:p>
        </w:tc>
        <w:tc>
          <w:tcPr>
            <w:tcW w:w="5440" w:type="dxa"/>
          </w:tcPr>
          <w:p w14:paraId="34A1DC3F" w14:textId="77777777" w:rsidR="00827F0B" w:rsidRPr="00E66F47" w:rsidRDefault="00000000">
            <w:r w:rsidRPr="00E66F47">
              <w:t>Información</w:t>
            </w:r>
          </w:p>
        </w:tc>
      </w:tr>
      <w:tr w:rsidR="00827F0B" w:rsidRPr="00E66F47" w14:paraId="0CE4440E" w14:textId="77777777">
        <w:tc>
          <w:tcPr>
            <w:tcW w:w="3969" w:type="dxa"/>
          </w:tcPr>
          <w:p w14:paraId="3494B3B7" w14:textId="77777777" w:rsidR="00827F0B" w:rsidRPr="00E66F47" w:rsidRDefault="00000000">
            <w:r w:rsidRPr="00E66F47">
              <w:t>Nombre del empleador</w:t>
            </w:r>
          </w:p>
        </w:tc>
        <w:tc>
          <w:tcPr>
            <w:tcW w:w="5669" w:type="dxa"/>
          </w:tcPr>
          <w:p w14:paraId="47BF31BF" w14:textId="77777777" w:rsidR="00827F0B" w:rsidRPr="00E66F47" w:rsidRDefault="00827F0B"/>
        </w:tc>
      </w:tr>
      <w:tr w:rsidR="00827F0B" w:rsidRPr="00E66F47" w14:paraId="27A8D4DB" w14:textId="77777777">
        <w:tc>
          <w:tcPr>
            <w:tcW w:w="3969" w:type="dxa"/>
          </w:tcPr>
          <w:p w14:paraId="2C13947F" w14:textId="77777777" w:rsidR="00827F0B" w:rsidRPr="00E66F47" w:rsidRDefault="00000000">
            <w:r w:rsidRPr="00E66F47">
              <w:t>Actividad del empleador</w:t>
            </w:r>
          </w:p>
        </w:tc>
        <w:tc>
          <w:tcPr>
            <w:tcW w:w="5669" w:type="dxa"/>
          </w:tcPr>
          <w:p w14:paraId="06348396" w14:textId="77777777" w:rsidR="00827F0B" w:rsidRPr="00E66F47" w:rsidRDefault="00827F0B"/>
        </w:tc>
      </w:tr>
      <w:tr w:rsidR="00827F0B" w:rsidRPr="00E66F47" w14:paraId="29F53F6F" w14:textId="77777777">
        <w:tc>
          <w:tcPr>
            <w:tcW w:w="3969" w:type="dxa"/>
          </w:tcPr>
          <w:p w14:paraId="12FA945A" w14:textId="77777777" w:rsidR="00827F0B" w:rsidRPr="00E66F47" w:rsidRDefault="00000000">
            <w:r w:rsidRPr="00E66F47">
              <w:t>Dirección laboral</w:t>
            </w:r>
          </w:p>
        </w:tc>
        <w:tc>
          <w:tcPr>
            <w:tcW w:w="5669" w:type="dxa"/>
          </w:tcPr>
          <w:p w14:paraId="3219FC6A" w14:textId="77777777" w:rsidR="00827F0B" w:rsidRPr="00E66F47" w:rsidRDefault="00827F0B"/>
        </w:tc>
      </w:tr>
      <w:tr w:rsidR="00827F0B" w:rsidRPr="00E66F47" w14:paraId="0D5EE536" w14:textId="77777777">
        <w:tc>
          <w:tcPr>
            <w:tcW w:w="3969" w:type="dxa"/>
          </w:tcPr>
          <w:p w14:paraId="408F3F65" w14:textId="77777777" w:rsidR="00827F0B" w:rsidRPr="00E66F47" w:rsidRDefault="00000000">
            <w:r w:rsidRPr="00E66F47">
              <w:t>Teléfono laboral</w:t>
            </w:r>
          </w:p>
        </w:tc>
        <w:tc>
          <w:tcPr>
            <w:tcW w:w="5669" w:type="dxa"/>
          </w:tcPr>
          <w:p w14:paraId="527FD6C3" w14:textId="77777777" w:rsidR="00827F0B" w:rsidRPr="00E66F47" w:rsidRDefault="00827F0B"/>
        </w:tc>
      </w:tr>
    </w:tbl>
    <w:p w14:paraId="0C8C1173" w14:textId="77777777" w:rsidR="00827F0B" w:rsidRPr="00E66F47" w:rsidRDefault="00827F0B"/>
    <w:p w14:paraId="74863188" w14:textId="77777777" w:rsidR="00827F0B" w:rsidRPr="00E66F47" w:rsidRDefault="00000000">
      <w:pPr>
        <w:pStyle w:val="Heading2"/>
        <w:rPr>
          <w:color w:val="auto"/>
          <w:lang w:val="fr-FR"/>
        </w:rPr>
      </w:pPr>
      <w:r w:rsidRPr="00E66F47">
        <w:rPr>
          <w:color w:val="auto"/>
          <w:lang w:val="fr-FR"/>
        </w:rPr>
        <w:t xml:space="preserve">6. </w:t>
      </w:r>
      <w:proofErr w:type="spellStart"/>
      <w:r w:rsidRPr="00E66F47">
        <w:rPr>
          <w:color w:val="auto"/>
          <w:lang w:val="fr-FR"/>
        </w:rPr>
        <w:t>Autorización</w:t>
      </w:r>
      <w:proofErr w:type="spellEnd"/>
      <w:r w:rsidRPr="00E66F47">
        <w:rPr>
          <w:color w:val="auto"/>
          <w:lang w:val="fr-FR"/>
        </w:rPr>
        <w:t xml:space="preserve"> para </w:t>
      </w:r>
      <w:proofErr w:type="spellStart"/>
      <w:r w:rsidRPr="00E66F47">
        <w:rPr>
          <w:color w:val="auto"/>
          <w:lang w:val="fr-FR"/>
        </w:rPr>
        <w:t>Solicitante</w:t>
      </w:r>
      <w:proofErr w:type="spellEnd"/>
      <w:r w:rsidRPr="00E66F47">
        <w:rPr>
          <w:color w:val="auto"/>
          <w:lang w:val="fr-FR"/>
        </w:rPr>
        <w:t xml:space="preserve"> Menor de </w:t>
      </w:r>
      <w:proofErr w:type="spellStart"/>
      <w:r w:rsidRPr="00E66F47">
        <w:rPr>
          <w:color w:val="auto"/>
          <w:lang w:val="fr-FR"/>
        </w:rPr>
        <w:t>Edad</w:t>
      </w:r>
      <w:proofErr w:type="spellEnd"/>
      <w:r w:rsidRPr="00E66F47">
        <w:rPr>
          <w:color w:val="auto"/>
          <w:lang w:val="fr-FR"/>
        </w:rPr>
        <w:t xml:space="preserve"> (si corresponde)</w:t>
      </w:r>
    </w:p>
    <w:p w14:paraId="5B27168E" w14:textId="77777777" w:rsidR="00827F0B" w:rsidRPr="00E66F47" w:rsidRDefault="00000000">
      <w:pPr>
        <w:rPr>
          <w:lang w:val="fr-FR"/>
        </w:rPr>
      </w:pPr>
      <w:r w:rsidRPr="00E66F47">
        <w:rPr>
          <w:lang w:val="fr-FR"/>
        </w:rPr>
        <w:t xml:space="preserve">Yo/Nosotros </w:t>
      </w:r>
      <w:proofErr w:type="spellStart"/>
      <w:r w:rsidRPr="00E66F47">
        <w:rPr>
          <w:lang w:val="fr-FR"/>
        </w:rPr>
        <w:t>autorizamos</w:t>
      </w:r>
      <w:proofErr w:type="spellEnd"/>
      <w:r w:rsidRPr="00E66F47">
        <w:rPr>
          <w:lang w:val="fr-FR"/>
        </w:rPr>
        <w:t xml:space="preserve"> la </w:t>
      </w:r>
      <w:proofErr w:type="spellStart"/>
      <w:r w:rsidRPr="00E66F47">
        <w:rPr>
          <w:lang w:val="fr-FR"/>
        </w:rPr>
        <w:t>emisión</w:t>
      </w:r>
      <w:proofErr w:type="spellEnd"/>
      <w:r w:rsidRPr="00E66F47">
        <w:rPr>
          <w:lang w:val="fr-FR"/>
        </w:rPr>
        <w:t xml:space="preserve"> o </w:t>
      </w:r>
      <w:proofErr w:type="spellStart"/>
      <w:r w:rsidRPr="00E66F47">
        <w:rPr>
          <w:lang w:val="fr-FR"/>
        </w:rPr>
        <w:t>renovación</w:t>
      </w:r>
      <w:proofErr w:type="spellEnd"/>
      <w:r w:rsidRPr="00E66F47">
        <w:rPr>
          <w:lang w:val="fr-FR"/>
        </w:rPr>
        <w:t xml:space="preserve"> </w:t>
      </w:r>
      <w:proofErr w:type="gramStart"/>
      <w:r w:rsidRPr="00E66F47">
        <w:rPr>
          <w:lang w:val="fr-FR"/>
        </w:rPr>
        <w:t>de un</w:t>
      </w:r>
      <w:proofErr w:type="gramEnd"/>
      <w:r w:rsidRPr="00E66F47">
        <w:rPr>
          <w:lang w:val="fr-FR"/>
        </w:rPr>
        <w:t xml:space="preserve"> </w:t>
      </w:r>
      <w:proofErr w:type="spellStart"/>
      <w:r w:rsidRPr="00E66F47">
        <w:rPr>
          <w:lang w:val="fr-FR"/>
        </w:rPr>
        <w:t>pasaporte</w:t>
      </w:r>
      <w:proofErr w:type="spellEnd"/>
      <w:r w:rsidRPr="00E66F47">
        <w:rPr>
          <w:lang w:val="fr-FR"/>
        </w:rPr>
        <w:t xml:space="preserve"> </w:t>
      </w:r>
      <w:proofErr w:type="spellStart"/>
      <w:r w:rsidRPr="00E66F47">
        <w:rPr>
          <w:lang w:val="fr-FR"/>
        </w:rPr>
        <w:t>libanés</w:t>
      </w:r>
      <w:proofErr w:type="spellEnd"/>
      <w:r w:rsidRPr="00E66F47">
        <w:rPr>
          <w:lang w:val="fr-FR"/>
        </w:rPr>
        <w:t xml:space="preserve"> para el </w:t>
      </w:r>
      <w:proofErr w:type="spellStart"/>
      <w:r w:rsidRPr="00E66F47">
        <w:rPr>
          <w:lang w:val="fr-FR"/>
        </w:rPr>
        <w:t>menor</w:t>
      </w:r>
      <w:proofErr w:type="spellEnd"/>
      <w:r w:rsidRPr="00E66F47">
        <w:rPr>
          <w:lang w:val="fr-FR"/>
        </w:rPr>
        <w:t xml:space="preserve"> </w:t>
      </w:r>
      <w:proofErr w:type="spellStart"/>
      <w:r w:rsidRPr="00E66F47">
        <w:rPr>
          <w:lang w:val="fr-FR"/>
        </w:rPr>
        <w:t>arriba</w:t>
      </w:r>
      <w:proofErr w:type="spellEnd"/>
      <w:r w:rsidRPr="00E66F47">
        <w:rPr>
          <w:lang w:val="fr-FR"/>
        </w:rPr>
        <w:t xml:space="preserve"> </w:t>
      </w:r>
      <w:proofErr w:type="spellStart"/>
      <w:r w:rsidRPr="00E66F47">
        <w:rPr>
          <w:lang w:val="fr-FR"/>
        </w:rPr>
        <w:t>mencionado</w:t>
      </w:r>
      <w:proofErr w:type="spellEnd"/>
      <w:r w:rsidRPr="00E66F47">
        <w:rPr>
          <w:lang w:val="fr-FR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35"/>
        <w:gridCol w:w="5435"/>
      </w:tblGrid>
      <w:tr w:rsidR="00827F0B" w:rsidRPr="00E66F47" w14:paraId="2ECB4757" w14:textId="77777777">
        <w:tc>
          <w:tcPr>
            <w:tcW w:w="5440" w:type="dxa"/>
          </w:tcPr>
          <w:p w14:paraId="05993203" w14:textId="77777777" w:rsidR="00827F0B" w:rsidRPr="00E66F47" w:rsidRDefault="00000000">
            <w:proofErr w:type="spellStart"/>
            <w:r w:rsidRPr="00E66F47">
              <w:t>Firma</w:t>
            </w:r>
            <w:proofErr w:type="spellEnd"/>
            <w:r w:rsidRPr="00E66F47">
              <w:t xml:space="preserve"> del padre</w:t>
            </w:r>
          </w:p>
        </w:tc>
        <w:tc>
          <w:tcPr>
            <w:tcW w:w="5440" w:type="dxa"/>
          </w:tcPr>
          <w:p w14:paraId="61204A32" w14:textId="77777777" w:rsidR="00827F0B" w:rsidRPr="00E66F47" w:rsidRDefault="00827F0B"/>
        </w:tc>
      </w:tr>
      <w:tr w:rsidR="00827F0B" w:rsidRPr="00E66F47" w14:paraId="2B58E9B7" w14:textId="77777777">
        <w:tc>
          <w:tcPr>
            <w:tcW w:w="5440" w:type="dxa"/>
          </w:tcPr>
          <w:p w14:paraId="477CB304" w14:textId="77777777" w:rsidR="00827F0B" w:rsidRPr="00E66F47" w:rsidRDefault="00000000">
            <w:r w:rsidRPr="00E66F47">
              <w:t>Firma de la madre</w:t>
            </w:r>
          </w:p>
        </w:tc>
        <w:tc>
          <w:tcPr>
            <w:tcW w:w="5440" w:type="dxa"/>
          </w:tcPr>
          <w:p w14:paraId="15EC7533" w14:textId="77777777" w:rsidR="00827F0B" w:rsidRPr="00E66F47" w:rsidRDefault="00827F0B"/>
        </w:tc>
      </w:tr>
      <w:tr w:rsidR="00827F0B" w:rsidRPr="00E66F47" w14:paraId="5FBF1DD6" w14:textId="77777777">
        <w:tc>
          <w:tcPr>
            <w:tcW w:w="5440" w:type="dxa"/>
          </w:tcPr>
          <w:p w14:paraId="0D0AD033" w14:textId="77777777" w:rsidR="00827F0B" w:rsidRPr="00E66F47" w:rsidRDefault="00000000">
            <w:r w:rsidRPr="00E66F47">
              <w:t>Fecha</w:t>
            </w:r>
          </w:p>
        </w:tc>
        <w:tc>
          <w:tcPr>
            <w:tcW w:w="5440" w:type="dxa"/>
          </w:tcPr>
          <w:p w14:paraId="72E1E946" w14:textId="77777777" w:rsidR="00827F0B" w:rsidRPr="00E66F47" w:rsidRDefault="00827F0B"/>
        </w:tc>
      </w:tr>
      <w:tr w:rsidR="00827F0B" w:rsidRPr="00E66F47" w14:paraId="46AFD5AD" w14:textId="77777777">
        <w:tc>
          <w:tcPr>
            <w:tcW w:w="5440" w:type="dxa"/>
          </w:tcPr>
          <w:p w14:paraId="41E87AE0" w14:textId="77777777" w:rsidR="00827F0B" w:rsidRPr="00E66F47" w:rsidRDefault="00827F0B"/>
        </w:tc>
        <w:tc>
          <w:tcPr>
            <w:tcW w:w="5440" w:type="dxa"/>
          </w:tcPr>
          <w:p w14:paraId="0EBEBEF1" w14:textId="77777777" w:rsidR="00827F0B" w:rsidRPr="00E66F47" w:rsidRDefault="00827F0B"/>
        </w:tc>
      </w:tr>
    </w:tbl>
    <w:p w14:paraId="62A53B8A" w14:textId="77777777" w:rsidR="00827F0B" w:rsidRPr="00E66F47" w:rsidRDefault="00827F0B"/>
    <w:p w14:paraId="77EA1A56" w14:textId="77777777" w:rsidR="00827F0B" w:rsidRPr="00E66F47" w:rsidRDefault="00000000">
      <w:pPr>
        <w:pStyle w:val="Heading2"/>
        <w:rPr>
          <w:color w:val="auto"/>
        </w:rPr>
      </w:pPr>
      <w:r w:rsidRPr="00E66F47">
        <w:rPr>
          <w:color w:val="auto"/>
        </w:rPr>
        <w:t>7. Declaración del Solicitante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1"/>
        <w:gridCol w:w="5549"/>
      </w:tblGrid>
      <w:tr w:rsidR="00827F0B" w:rsidRPr="00E66F47" w14:paraId="46A635FC" w14:textId="77777777">
        <w:tc>
          <w:tcPr>
            <w:tcW w:w="5440" w:type="dxa"/>
          </w:tcPr>
          <w:p w14:paraId="6B014316" w14:textId="77777777" w:rsidR="00827F0B" w:rsidRPr="00E66F47" w:rsidRDefault="00000000">
            <w:r w:rsidRPr="00E66F47">
              <w:t>Campo</w:t>
            </w:r>
          </w:p>
        </w:tc>
        <w:tc>
          <w:tcPr>
            <w:tcW w:w="5440" w:type="dxa"/>
          </w:tcPr>
          <w:p w14:paraId="2A7787EC" w14:textId="77777777" w:rsidR="00827F0B" w:rsidRPr="00E66F47" w:rsidRDefault="00000000">
            <w:r w:rsidRPr="00E66F47">
              <w:t>Información</w:t>
            </w:r>
          </w:p>
        </w:tc>
      </w:tr>
      <w:tr w:rsidR="00827F0B" w:rsidRPr="00E66F47" w14:paraId="3483BE7C" w14:textId="77777777">
        <w:tc>
          <w:tcPr>
            <w:tcW w:w="3969" w:type="dxa"/>
          </w:tcPr>
          <w:p w14:paraId="7171E8CC" w14:textId="77777777" w:rsidR="00827F0B" w:rsidRPr="00E66F47" w:rsidRDefault="00000000">
            <w:r w:rsidRPr="00E66F47">
              <w:t>Nombre del solicitante</w:t>
            </w:r>
          </w:p>
        </w:tc>
        <w:tc>
          <w:tcPr>
            <w:tcW w:w="5669" w:type="dxa"/>
          </w:tcPr>
          <w:p w14:paraId="39FCDBA9" w14:textId="77777777" w:rsidR="00827F0B" w:rsidRPr="00E66F47" w:rsidRDefault="00827F0B"/>
        </w:tc>
      </w:tr>
      <w:tr w:rsidR="00827F0B" w:rsidRPr="00E66F47" w14:paraId="20342EDB" w14:textId="77777777">
        <w:tc>
          <w:tcPr>
            <w:tcW w:w="3969" w:type="dxa"/>
          </w:tcPr>
          <w:p w14:paraId="3D2F5797" w14:textId="77777777" w:rsidR="00827F0B" w:rsidRPr="00E66F47" w:rsidRDefault="00000000">
            <w:r w:rsidRPr="00E66F47">
              <w:t>Firma del solicitante</w:t>
            </w:r>
          </w:p>
        </w:tc>
        <w:tc>
          <w:tcPr>
            <w:tcW w:w="5669" w:type="dxa"/>
          </w:tcPr>
          <w:p w14:paraId="5C400CB4" w14:textId="77777777" w:rsidR="00827F0B" w:rsidRPr="00E66F47" w:rsidRDefault="00827F0B"/>
        </w:tc>
      </w:tr>
      <w:tr w:rsidR="00827F0B" w:rsidRPr="00E66F47" w14:paraId="5D3BAEBD" w14:textId="77777777">
        <w:tc>
          <w:tcPr>
            <w:tcW w:w="3969" w:type="dxa"/>
          </w:tcPr>
          <w:p w14:paraId="0CF65CC1" w14:textId="77777777" w:rsidR="00827F0B" w:rsidRPr="00E66F47" w:rsidRDefault="00000000">
            <w:r w:rsidRPr="00E66F47">
              <w:t>Fecha</w:t>
            </w:r>
          </w:p>
        </w:tc>
        <w:tc>
          <w:tcPr>
            <w:tcW w:w="5669" w:type="dxa"/>
          </w:tcPr>
          <w:p w14:paraId="62511FBE" w14:textId="77777777" w:rsidR="00827F0B" w:rsidRPr="00E66F47" w:rsidRDefault="00827F0B"/>
        </w:tc>
      </w:tr>
    </w:tbl>
    <w:p w14:paraId="55AB6605" w14:textId="77777777" w:rsidR="00827F0B" w:rsidRPr="00E66F47" w:rsidRDefault="00827F0B"/>
    <w:sectPr w:rsidR="00827F0B" w:rsidRPr="00E66F47" w:rsidSect="00034616">
      <w:pgSz w:w="12240" w:h="15840"/>
      <w:pgMar w:top="850" w:right="680" w:bottom="85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94644319">
    <w:abstractNumId w:val="8"/>
  </w:num>
  <w:num w:numId="2" w16cid:durableId="1444769081">
    <w:abstractNumId w:val="6"/>
  </w:num>
  <w:num w:numId="3" w16cid:durableId="664629760">
    <w:abstractNumId w:val="5"/>
  </w:num>
  <w:num w:numId="4" w16cid:durableId="854539199">
    <w:abstractNumId w:val="4"/>
  </w:num>
  <w:num w:numId="5" w16cid:durableId="1783836115">
    <w:abstractNumId w:val="7"/>
  </w:num>
  <w:num w:numId="6" w16cid:durableId="542330097">
    <w:abstractNumId w:val="3"/>
  </w:num>
  <w:num w:numId="7" w16cid:durableId="531577912">
    <w:abstractNumId w:val="2"/>
  </w:num>
  <w:num w:numId="8" w16cid:durableId="2111579342">
    <w:abstractNumId w:val="1"/>
  </w:num>
  <w:num w:numId="9" w16cid:durableId="2130080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2048"/>
    <w:rsid w:val="0015074B"/>
    <w:rsid w:val="0029639D"/>
    <w:rsid w:val="00326F90"/>
    <w:rsid w:val="006F3A0A"/>
    <w:rsid w:val="00827F0B"/>
    <w:rsid w:val="009B72DB"/>
    <w:rsid w:val="00AA1D8D"/>
    <w:rsid w:val="00B47730"/>
    <w:rsid w:val="00CB0664"/>
    <w:rsid w:val="00E66F4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E6EE02"/>
  <w14:defaultImageDpi w14:val="300"/>
  <w15:docId w15:val="{13B6CB5F-576E-4AC1-9DE1-C39B1FDD0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217</Words>
  <Characters>1278</Characters>
  <Application>Microsoft Office Word</Application>
  <DocSecurity>0</DocSecurity>
  <Lines>116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Sonia Abou Azar</cp:lastModifiedBy>
  <cp:revision>3</cp:revision>
  <dcterms:created xsi:type="dcterms:W3CDTF">2026-08-03T17:16:00Z</dcterms:created>
  <dcterms:modified xsi:type="dcterms:W3CDTF">2026-08-03T17:17:00Z</dcterms:modified>
  <cp:category/>
</cp:coreProperties>
</file>