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95BF" w14:textId="4F614570" w:rsidR="00CA632B" w:rsidRDefault="00CA632B" w:rsidP="00CA632B">
      <w:pPr>
        <w:spacing w:after="0"/>
        <w:jc w:val="center"/>
        <w:rPr>
          <w:rtl/>
        </w:rPr>
      </w:pPr>
      <w:r>
        <w:rPr>
          <w:noProof/>
        </w:rPr>
        <w:drawing>
          <wp:inline distT="0" distB="0" distL="0" distR="0" wp14:anchorId="61B1C67B" wp14:editId="7C1852FE">
            <wp:extent cx="556260" cy="502920"/>
            <wp:effectExtent l="0" t="0" r="0" b="0"/>
            <wp:docPr id="7" name="Picture 1" descr="unnamed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unnamed">
                      <a:extLst>
                        <a:ext uri="{FF2B5EF4-FFF2-40B4-BE49-F238E27FC236}">
                          <a16:creationId xmlns:a16="http://schemas.microsoft.com/office/drawing/2014/main" id="{00000000-0008-0000-0000-000007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A6D63" w14:textId="77777777" w:rsidR="00CA632B" w:rsidRDefault="00CA632B" w:rsidP="00CA632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96"/>
        <w:gridCol w:w="5496"/>
      </w:tblGrid>
      <w:tr w:rsidR="00DE1889" w:rsidRPr="00CA632B" w14:paraId="7C628538" w14:textId="77777777">
        <w:trPr>
          <w:jc w:val="center"/>
        </w:trPr>
        <w:tc>
          <w:tcPr>
            <w:tcW w:w="5496" w:type="dxa"/>
          </w:tcPr>
          <w:p w14:paraId="09BE2DC0" w14:textId="77777777" w:rsidR="00DE188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/>
                <w:sz w:val="28"/>
                <w:szCs w:val="28"/>
                <w:rtl/>
                <w:lang w:val="fr-FR"/>
              </w:rPr>
            </w:pPr>
            <w:r w:rsidRPr="00CA632B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EMBAJADA DEL LÍBANO</w:t>
            </w:r>
            <w:r w:rsidRPr="00CA632B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br/>
              <w:t>EN LA REPÚBLICA ARGENTINA</w:t>
            </w:r>
          </w:p>
          <w:p w14:paraId="276B7A68" w14:textId="77777777" w:rsidR="00CA632B" w:rsidRPr="00CA632B" w:rsidRDefault="00CA632B" w:rsidP="00CA632B">
            <w:pP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5496" w:type="dxa"/>
          </w:tcPr>
          <w:p w14:paraId="6143AD76" w14:textId="77777777" w:rsidR="00DE1889" w:rsidRPr="00CA632B" w:rsidRDefault="00000000" w:rsidP="00CA632B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>سفارة</w:t>
            </w:r>
            <w:proofErr w:type="spellEnd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>لبنان</w:t>
            </w:r>
            <w:proofErr w:type="spellEnd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spellStart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>لدى</w:t>
            </w:r>
            <w:proofErr w:type="spellEnd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>جمهورية</w:t>
            </w:r>
            <w:proofErr w:type="spellEnd"/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الأرجنتين</w:t>
            </w:r>
          </w:p>
        </w:tc>
      </w:tr>
    </w:tbl>
    <w:p w14:paraId="6A9DB11F" w14:textId="77777777" w:rsidR="00DE1889" w:rsidRDefault="00000000" w:rsidP="00CA632B">
      <w:pPr>
        <w:spacing w:before="40" w:after="0" w:line="216" w:lineRule="auto"/>
        <w:jc w:val="center"/>
        <w:rPr>
          <w:rFonts w:ascii="Times New Roman" w:hAnsi="Times New Roman" w:cs="Times New Roman"/>
          <w:b/>
          <w:sz w:val="28"/>
          <w:szCs w:val="28"/>
          <w:rtl/>
        </w:rPr>
      </w:pPr>
      <w:r w:rsidRPr="00CA632B">
        <w:rPr>
          <w:rFonts w:ascii="Times New Roman" w:hAnsi="Times New Roman" w:cs="Times New Roman"/>
          <w:b/>
          <w:sz w:val="28"/>
          <w:szCs w:val="28"/>
        </w:rPr>
        <w:t xml:space="preserve">SOLICITUD DE EXTRACTO DEL REGISTRO CIVIL LIBANÉS / </w:t>
      </w:r>
      <w:proofErr w:type="spellStart"/>
      <w:r w:rsidRPr="00CA632B">
        <w:rPr>
          <w:rFonts w:ascii="Times New Roman" w:hAnsi="Times New Roman" w:cs="Times New Roman"/>
          <w:b/>
          <w:sz w:val="28"/>
          <w:szCs w:val="28"/>
        </w:rPr>
        <w:t>طلب</w:t>
      </w:r>
      <w:proofErr w:type="spellEnd"/>
      <w:r w:rsidRPr="00CA63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632B">
        <w:rPr>
          <w:rFonts w:ascii="Times New Roman" w:hAnsi="Times New Roman" w:cs="Times New Roman"/>
          <w:b/>
          <w:sz w:val="28"/>
          <w:szCs w:val="28"/>
        </w:rPr>
        <w:t>بيان</w:t>
      </w:r>
      <w:proofErr w:type="spellEnd"/>
      <w:r w:rsidRPr="00CA63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632B">
        <w:rPr>
          <w:rFonts w:ascii="Times New Roman" w:hAnsi="Times New Roman" w:cs="Times New Roman"/>
          <w:b/>
          <w:sz w:val="28"/>
          <w:szCs w:val="28"/>
        </w:rPr>
        <w:t>قيد</w:t>
      </w:r>
      <w:proofErr w:type="spellEnd"/>
      <w:r w:rsidRPr="00CA63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632B">
        <w:rPr>
          <w:rFonts w:ascii="Times New Roman" w:hAnsi="Times New Roman" w:cs="Times New Roman"/>
          <w:b/>
          <w:sz w:val="28"/>
          <w:szCs w:val="28"/>
        </w:rPr>
        <w:t>لبناني</w:t>
      </w:r>
      <w:proofErr w:type="spellEnd"/>
    </w:p>
    <w:p w14:paraId="4F36DBE9" w14:textId="77777777" w:rsidR="00CA632B" w:rsidRPr="00CA632B" w:rsidRDefault="00CA632B" w:rsidP="00CA632B">
      <w:pPr>
        <w:spacing w:before="40"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A0F529" w14:textId="77777777" w:rsidR="00DE1889" w:rsidRDefault="00000000" w:rsidP="00CA632B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  <w:rtl/>
        </w:rPr>
      </w:pPr>
      <w:r w:rsidRPr="00CA632B">
        <w:rPr>
          <w:rFonts w:ascii="Segoe UI Symbol" w:hAnsi="Segoe UI Symbol" w:cs="Segoe UI Symbol"/>
          <w:b/>
          <w:sz w:val="28"/>
          <w:szCs w:val="28"/>
        </w:rPr>
        <w:t>☐</w:t>
      </w:r>
      <w:r w:rsidRPr="00CA632B">
        <w:rPr>
          <w:rFonts w:ascii="Times New Roman" w:hAnsi="Times New Roman" w:cs="Times New Roman"/>
          <w:b/>
          <w:sz w:val="28"/>
          <w:szCs w:val="28"/>
        </w:rPr>
        <w:t xml:space="preserve"> Individual / إفرادي      </w:t>
      </w:r>
      <w:r w:rsidRPr="00CA632B">
        <w:rPr>
          <w:rFonts w:ascii="Segoe UI Symbol" w:hAnsi="Segoe UI Symbol" w:cs="Segoe UI Symbol"/>
          <w:b/>
          <w:sz w:val="28"/>
          <w:szCs w:val="28"/>
        </w:rPr>
        <w:t>☐</w:t>
      </w:r>
      <w:r w:rsidRPr="00CA632B">
        <w:rPr>
          <w:rFonts w:ascii="Times New Roman" w:hAnsi="Times New Roman" w:cs="Times New Roman"/>
          <w:b/>
          <w:sz w:val="28"/>
          <w:szCs w:val="28"/>
        </w:rPr>
        <w:t xml:space="preserve"> Familiar / </w:t>
      </w:r>
      <w:proofErr w:type="spellStart"/>
      <w:r w:rsidRPr="00CA632B">
        <w:rPr>
          <w:rFonts w:ascii="Times New Roman" w:hAnsi="Times New Roman" w:cs="Times New Roman"/>
          <w:b/>
          <w:sz w:val="28"/>
          <w:szCs w:val="28"/>
        </w:rPr>
        <w:t>عائلي</w:t>
      </w:r>
      <w:proofErr w:type="spellEnd"/>
    </w:p>
    <w:p w14:paraId="2AC55D0A" w14:textId="77777777" w:rsidR="00CA632B" w:rsidRPr="00CA632B" w:rsidRDefault="00CA632B" w:rsidP="00CA632B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EA0C3F" w14:textId="77777777" w:rsidR="00DE1889" w:rsidRPr="00CA632B" w:rsidRDefault="00000000" w:rsidP="00CA632B">
      <w:pPr>
        <w:spacing w:before="40" w:after="0" w:line="216" w:lineRule="auto"/>
        <w:rPr>
          <w:rFonts w:ascii="Times New Roman" w:hAnsi="Times New Roman" w:cs="Times New Roman"/>
          <w:sz w:val="28"/>
          <w:szCs w:val="28"/>
        </w:rPr>
      </w:pPr>
      <w:r w:rsidRPr="00CA632B">
        <w:rPr>
          <w:rFonts w:ascii="Times New Roman" w:hAnsi="Times New Roman" w:cs="Times New Roman"/>
          <w:b/>
          <w:sz w:val="28"/>
          <w:szCs w:val="28"/>
        </w:rPr>
        <w:t>DATOS DEL SOLICITANTE / معلومات مقدم الطلب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92"/>
      </w:tblGrid>
      <w:tr w:rsidR="00DE1889" w:rsidRPr="00CA632B" w14:paraId="2F8F373A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0E4AB60" w14:textId="23E222EE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Nombre y </w:t>
            </w:r>
            <w:proofErr w:type="spell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apellido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</w:t>
            </w:r>
            <w:proofErr w:type="spell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الاسم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والشهرة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</w:t>
            </w:r>
          </w:p>
        </w:tc>
      </w:tr>
      <w:tr w:rsidR="00DE1889" w:rsidRPr="00CA632B" w14:paraId="3CAF39CE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4466C23" w14:textId="3562C640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Nombre del padre / </w:t>
            </w:r>
            <w:proofErr w:type="spell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اسم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الأب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</w:t>
            </w:r>
          </w:p>
        </w:tc>
      </w:tr>
      <w:tr w:rsidR="00DE1889" w:rsidRPr="00CA632B" w14:paraId="00AB1B67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9496B6E" w14:textId="77777777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Nombre de la madre / اسم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الأم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  <w:tr w:rsidR="00DE1889" w:rsidRPr="00CA632B" w14:paraId="20F121E6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F46F9FD" w14:textId="77777777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Fecha y lugar de nacimiento / تاريخ ومكان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الولادة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  <w:tr w:rsidR="00DE1889" w:rsidRPr="00CA632B" w14:paraId="01337F30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AE4254" w14:textId="77777777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DNI o pasaporte / رقم الهوية أو جواز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السفر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  <w:tr w:rsidR="00DE1889" w:rsidRPr="00CA632B" w14:paraId="1E143AEE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A312C7" w14:textId="77777777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Domicilio /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العنوان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  <w:tr w:rsidR="00DE1889" w:rsidRPr="00CA632B" w14:paraId="005BDCB9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92B272E" w14:textId="77777777" w:rsidR="00CA632B" w:rsidRPr="005605F9" w:rsidRDefault="00CA632B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  <w:rtl/>
              </w:rPr>
            </w:pPr>
          </w:p>
          <w:p w14:paraId="09258B40" w14:textId="708F0120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Teléfono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y </w:t>
            </w:r>
            <w:proofErr w:type="spell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correo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electrónico</w:t>
            </w:r>
            <w:proofErr w:type="spell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الهاتف والبريد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الإلكتروني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</w:tbl>
    <w:p w14:paraId="5F2F6575" w14:textId="77777777" w:rsidR="00DE1889" w:rsidRPr="00CA632B" w:rsidRDefault="00000000" w:rsidP="00CA632B">
      <w:pPr>
        <w:spacing w:before="40" w:after="0" w:line="216" w:lineRule="auto"/>
        <w:rPr>
          <w:rFonts w:ascii="Times New Roman" w:hAnsi="Times New Roman" w:cs="Times New Roman"/>
          <w:sz w:val="28"/>
          <w:szCs w:val="28"/>
        </w:rPr>
      </w:pPr>
      <w:r w:rsidRPr="00CA632B">
        <w:rPr>
          <w:rFonts w:ascii="Times New Roman" w:hAnsi="Times New Roman" w:cs="Times New Roman"/>
          <w:b/>
          <w:sz w:val="28"/>
          <w:szCs w:val="28"/>
        </w:rPr>
        <w:t>DATOS DEL REGISTRO EN EL LÍBANO / معلومات القيد في لبنان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92"/>
      </w:tblGrid>
      <w:tr w:rsidR="00DE1889" w:rsidRPr="00CA632B" w14:paraId="0DF0F5FD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8541D33" w14:textId="77777777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Gobernación - Distrito - Localidad / المحافظة - القضاء -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البلدة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  <w:tr w:rsidR="00DE1889" w:rsidRPr="00CA632B" w14:paraId="1FD5C50C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01990D2" w14:textId="77777777" w:rsidR="00DE1889" w:rsidRPr="005605F9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N.º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de registro (Sejel) / رقم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السجل  _</w:t>
            </w:r>
            <w:proofErr w:type="gramEnd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___________________________________________________________</w:t>
            </w:r>
          </w:p>
        </w:tc>
      </w:tr>
    </w:tbl>
    <w:p w14:paraId="66F52178" w14:textId="77777777" w:rsidR="00DE1889" w:rsidRPr="00CA632B" w:rsidRDefault="00000000" w:rsidP="00CA632B">
      <w:pPr>
        <w:spacing w:before="40" w:after="0" w:line="216" w:lineRule="auto"/>
        <w:rPr>
          <w:rFonts w:ascii="Times New Roman" w:hAnsi="Times New Roman" w:cs="Times New Roman"/>
          <w:sz w:val="28"/>
          <w:szCs w:val="28"/>
        </w:rPr>
      </w:pPr>
      <w:r w:rsidRPr="00CA632B">
        <w:rPr>
          <w:rFonts w:ascii="Times New Roman" w:hAnsi="Times New Roman" w:cs="Times New Roman"/>
          <w:b/>
          <w:sz w:val="28"/>
          <w:szCs w:val="28"/>
        </w:rPr>
        <w:t>SOLICITUD / الطلب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92"/>
      </w:tblGrid>
      <w:tr w:rsidR="00DE1889" w:rsidRPr="00CA632B" w14:paraId="7866969F" w14:textId="77777777">
        <w:trPr>
          <w:jc w:val="center"/>
        </w:trPr>
        <w:tc>
          <w:tcPr>
            <w:tcW w:w="1099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511D6B4" w14:textId="77777777" w:rsidR="00DE1889" w:rsidRPr="00CA632B" w:rsidRDefault="00000000" w:rsidP="00CA632B">
            <w:pPr>
              <w:spacing w:after="0"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Motivo del pedido / سبب </w:t>
            </w:r>
            <w:proofErr w:type="gramStart"/>
            <w:r w:rsidRPr="005605F9">
              <w:rPr>
                <w:rFonts w:ascii="Times New Roman" w:hAnsi="Times New Roman" w:cs="Times New Roman"/>
                <w:bCs/>
                <w:sz w:val="28"/>
                <w:szCs w:val="28"/>
              </w:rPr>
              <w:t>الطلب</w:t>
            </w:r>
            <w:r w:rsidRPr="00CA63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CA632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gramEnd"/>
            <w:r w:rsidRPr="00CA63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</w:tc>
      </w:tr>
    </w:tbl>
    <w:p w14:paraId="12AD4CCC" w14:textId="5F28EF6F" w:rsidR="00DE1889" w:rsidRPr="00CA632B" w:rsidRDefault="00F7783D" w:rsidP="00904799">
      <w:pPr>
        <w:spacing w:before="40"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32B">
        <w:rPr>
          <w:rFonts w:ascii="Times New Roman" w:hAnsi="Times New Roman" w:cs="Times New Roman"/>
          <w:b/>
          <w:sz w:val="28"/>
          <w:szCs w:val="28"/>
        </w:rPr>
        <w:t xml:space="preserve">DOCUMENTOS ADJUNTOS </w:t>
      </w:r>
      <w:r w:rsidR="00000000" w:rsidRPr="00CA632B">
        <w:rPr>
          <w:rFonts w:ascii="Times New Roman" w:hAnsi="Times New Roman" w:cs="Times New Roman"/>
          <w:b/>
          <w:sz w:val="28"/>
          <w:szCs w:val="28"/>
        </w:rPr>
        <w:t xml:space="preserve">/ </w:t>
      </w:r>
      <w:proofErr w:type="spellStart"/>
      <w:r w:rsidR="00000000" w:rsidRPr="00CA632B">
        <w:rPr>
          <w:rFonts w:ascii="Times New Roman" w:hAnsi="Times New Roman" w:cs="Times New Roman"/>
          <w:b/>
          <w:sz w:val="28"/>
          <w:szCs w:val="28"/>
        </w:rPr>
        <w:t>المستندات</w:t>
      </w:r>
      <w:proofErr w:type="spellEnd"/>
      <w:r w:rsidR="00000000" w:rsidRPr="00CA63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00000" w:rsidRPr="00CA632B">
        <w:rPr>
          <w:rFonts w:ascii="Times New Roman" w:hAnsi="Times New Roman" w:cs="Times New Roman"/>
          <w:b/>
          <w:sz w:val="28"/>
          <w:szCs w:val="28"/>
        </w:rPr>
        <w:t>المرفقة</w:t>
      </w:r>
      <w:proofErr w:type="spellEnd"/>
      <w:r w:rsidR="00000000" w:rsidRPr="00CA632B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="00000000" w:rsidRPr="00CA632B">
        <w:rPr>
          <w:rFonts w:ascii="Segoe UI Symbol" w:hAnsi="Segoe UI Symbol" w:cs="Segoe UI Symbol"/>
          <w:sz w:val="28"/>
          <w:szCs w:val="28"/>
        </w:rPr>
        <w:t>☐</w:t>
      </w:r>
      <w:r w:rsidR="00000000" w:rsidRPr="00CA632B">
        <w:rPr>
          <w:rFonts w:ascii="Times New Roman" w:hAnsi="Times New Roman" w:cs="Times New Roman"/>
          <w:sz w:val="28"/>
          <w:szCs w:val="28"/>
        </w:rPr>
        <w:t xml:space="preserve"> DNI/</w:t>
      </w:r>
      <w:proofErr w:type="spellStart"/>
      <w:proofErr w:type="gramStart"/>
      <w:r w:rsidR="00000000" w:rsidRPr="00CA632B">
        <w:rPr>
          <w:rFonts w:ascii="Times New Roman" w:hAnsi="Times New Roman" w:cs="Times New Roman"/>
          <w:sz w:val="28"/>
          <w:szCs w:val="28"/>
        </w:rPr>
        <w:t>Pasaporte</w:t>
      </w:r>
      <w:proofErr w:type="spellEnd"/>
      <w:r w:rsidR="00000000" w:rsidRPr="00CA632B">
        <w:rPr>
          <w:rFonts w:ascii="Times New Roman" w:hAnsi="Times New Roman" w:cs="Times New Roman"/>
          <w:sz w:val="28"/>
          <w:szCs w:val="28"/>
        </w:rPr>
        <w:t xml:space="preserve">  </w:t>
      </w:r>
      <w:r w:rsidR="00000000" w:rsidRPr="00CA632B">
        <w:rPr>
          <w:rFonts w:ascii="Segoe UI Symbol" w:hAnsi="Segoe UI Symbol" w:cs="Segoe UI Symbol"/>
          <w:sz w:val="28"/>
          <w:szCs w:val="28"/>
        </w:rPr>
        <w:t>☐</w:t>
      </w:r>
      <w:proofErr w:type="gramEnd"/>
      <w:r w:rsidR="00000000" w:rsidRPr="00CA632B">
        <w:rPr>
          <w:rFonts w:ascii="Times New Roman" w:hAnsi="Times New Roman" w:cs="Times New Roman"/>
          <w:sz w:val="28"/>
          <w:szCs w:val="28"/>
        </w:rPr>
        <w:t xml:space="preserve"> Extracto anterior, si existe / بيان قيد سابق إن </w:t>
      </w:r>
      <w:proofErr w:type="gramStart"/>
      <w:r w:rsidR="00000000" w:rsidRPr="00CA632B">
        <w:rPr>
          <w:rFonts w:ascii="Times New Roman" w:hAnsi="Times New Roman" w:cs="Times New Roman"/>
          <w:sz w:val="28"/>
          <w:szCs w:val="28"/>
        </w:rPr>
        <w:t xml:space="preserve">وجد  </w:t>
      </w:r>
      <w:r w:rsidR="00000000" w:rsidRPr="00CA632B">
        <w:rPr>
          <w:rFonts w:ascii="Segoe UI Symbol" w:hAnsi="Segoe UI Symbol" w:cs="Segoe UI Symbol"/>
          <w:sz w:val="28"/>
          <w:szCs w:val="28"/>
        </w:rPr>
        <w:t>☐</w:t>
      </w:r>
      <w:proofErr w:type="gramEnd"/>
      <w:r w:rsidR="00000000" w:rsidRPr="00CA632B">
        <w:rPr>
          <w:rFonts w:ascii="Times New Roman" w:hAnsi="Times New Roman" w:cs="Times New Roman"/>
          <w:sz w:val="28"/>
          <w:szCs w:val="28"/>
        </w:rPr>
        <w:t xml:space="preserve"> Otros / أخرى</w:t>
      </w:r>
    </w:p>
    <w:p w14:paraId="1D67EB7A" w14:textId="6544D886" w:rsidR="00DE1889" w:rsidRPr="00F7783D" w:rsidRDefault="00000000" w:rsidP="0061554B">
      <w:pPr>
        <w:spacing w:before="40" w:after="0" w:line="21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Declaro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que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los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datos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consignados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son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correctos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y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solicito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la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gestión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del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documento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 </w:t>
      </w:r>
      <w:proofErr w:type="spellStart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>indicado</w:t>
      </w:r>
      <w:proofErr w:type="spellEnd"/>
      <w:r w:rsidRPr="00F7783D">
        <w:rPr>
          <w:rFonts w:asciiTheme="majorBidi" w:hAnsiTheme="majorBidi" w:cstheme="majorBidi"/>
          <w:b/>
          <w:bCs/>
          <w:iCs/>
          <w:sz w:val="28"/>
          <w:szCs w:val="28"/>
        </w:rPr>
        <w:t xml:space="preserve">. </w:t>
      </w:r>
      <w:r w:rsidR="00F7783D" w:rsidRPr="00F7783D">
        <w:rPr>
          <w:rFonts w:asciiTheme="majorBidi" w:hAnsiTheme="majorBidi" w:cstheme="majorBidi" w:hint="cs"/>
          <w:b/>
          <w:bCs/>
          <w:i/>
          <w:sz w:val="28"/>
          <w:szCs w:val="28"/>
          <w:rtl/>
        </w:rPr>
        <w:t>/أصرح بأن المعلومات الواردة أعلاه صحيحة وأطلب متابعة الحصول على المستند المذكور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96"/>
        <w:gridCol w:w="5496"/>
      </w:tblGrid>
      <w:tr w:rsidR="00DE1889" w:rsidRPr="0061554B" w14:paraId="3B6D2E4C" w14:textId="77777777">
        <w:trPr>
          <w:jc w:val="center"/>
        </w:trPr>
        <w:tc>
          <w:tcPr>
            <w:tcW w:w="549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6C17818" w14:textId="77777777" w:rsidR="00DE1889" w:rsidRPr="0061554B" w:rsidRDefault="00000000" w:rsidP="00CA632B">
            <w:pPr>
              <w:spacing w:after="0" w:line="21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Lugar y </w:t>
            </w:r>
            <w:proofErr w:type="spellStart"/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>fecha</w:t>
            </w:r>
            <w:proofErr w:type="spellEnd"/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/ </w:t>
            </w:r>
            <w:proofErr w:type="spellStart"/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>المكان</w:t>
            </w:r>
            <w:proofErr w:type="spellEnd"/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</w:t>
            </w:r>
            <w:proofErr w:type="spellStart"/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>والتاريخ</w:t>
            </w:r>
            <w:proofErr w:type="spellEnd"/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br/>
              <w:t>________________________</w:t>
            </w:r>
          </w:p>
        </w:tc>
        <w:tc>
          <w:tcPr>
            <w:tcW w:w="549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7290337" w14:textId="77777777" w:rsidR="00DE1889" w:rsidRPr="0061554B" w:rsidRDefault="00000000" w:rsidP="00381CF6">
            <w:pPr>
              <w:spacing w:after="0" w:line="216" w:lineRule="auto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t>Firma / التوقيع</w:t>
            </w:r>
            <w:r w:rsidRPr="0061554B">
              <w:rPr>
                <w:rFonts w:asciiTheme="majorBidi" w:hAnsiTheme="majorBidi" w:cstheme="majorBidi"/>
                <w:b/>
                <w:sz w:val="28"/>
                <w:szCs w:val="28"/>
              </w:rPr>
              <w:br/>
              <w:t>________________________</w:t>
            </w:r>
          </w:p>
        </w:tc>
      </w:tr>
      <w:tr w:rsidR="00DE1889" w:rsidRPr="00CA632B" w14:paraId="23E30449" w14:textId="77777777">
        <w:trPr>
          <w:jc w:val="center"/>
        </w:trPr>
        <w:tc>
          <w:tcPr>
            <w:tcW w:w="549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695E0DD" w14:textId="7E9F4632" w:rsidR="00DE1889" w:rsidRPr="00CA632B" w:rsidRDefault="00DE1889" w:rsidP="00CA632B">
            <w:pPr>
              <w:spacing w:after="0" w:line="21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549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EE07486" w14:textId="74E1BF0F" w:rsidR="00DC70EE" w:rsidRPr="00CA632B" w:rsidRDefault="00DC70EE" w:rsidP="00DC70EE">
            <w:pPr>
              <w:spacing w:after="0" w:line="216" w:lineRule="auto"/>
              <w:jc w:val="right"/>
              <w:rPr>
                <w:rFonts w:asciiTheme="majorBidi" w:hAnsiTheme="majorBidi" w:cstheme="majorBidi"/>
                <w:sz w:val="28"/>
                <w:szCs w:val="28"/>
              </w:rPr>
            </w:pPr>
            <w:r w:rsidRPr="0061554B">
              <w:rPr>
                <w:rFonts w:asciiTheme="majorBidi" w:hAnsiTheme="majorBidi" w:cstheme="majorBidi" w:hint="cs"/>
                <w:b/>
                <w:bCs/>
                <w:sz w:val="28"/>
                <w:szCs w:val="28"/>
                <w:u w:val="single"/>
                <w:rtl/>
              </w:rPr>
              <w:t>للاستعمال الرسمي للسفارة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:</w:t>
            </w:r>
          </w:p>
        </w:tc>
      </w:tr>
    </w:tbl>
    <w:p w14:paraId="5728228F" w14:textId="48E01C84" w:rsidR="00082E71" w:rsidRPr="0061554B" w:rsidRDefault="00DC70EE" w:rsidP="0061554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 w:rsidR="003C0E4C" w:rsidRPr="003C0E4C">
        <w:rPr>
          <w:rFonts w:ascii="Times New Roman" w:hAnsi="Times New Roman" w:cs="Times New Roman" w:hint="cs"/>
          <w:bCs/>
          <w:sz w:val="28"/>
          <w:szCs w:val="28"/>
          <w:rtl/>
        </w:rPr>
        <w:t>الرقم العام</w:t>
      </w:r>
      <w:r w:rsidR="003C0E4C">
        <w:rPr>
          <w:rFonts w:ascii="Times New Roman" w:hAnsi="Times New Roman" w:cs="Times New Roman" w:hint="cs"/>
          <w:b/>
          <w:sz w:val="28"/>
          <w:szCs w:val="28"/>
          <w:rtl/>
        </w:rPr>
        <w:t>:</w:t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/>
          <w:b/>
          <w:sz w:val="28"/>
          <w:szCs w:val="28"/>
          <w:rtl/>
        </w:rPr>
        <w:tab/>
      </w:r>
      <w:r>
        <w:rPr>
          <w:rFonts w:ascii="Times New Roman" w:hAnsi="Times New Roman" w:cs="Times New Roman" w:hint="cs"/>
          <w:b/>
          <w:sz w:val="28"/>
          <w:szCs w:val="28"/>
          <w:rtl/>
        </w:rPr>
        <w:t>ا</w:t>
      </w:r>
      <w:r w:rsidRPr="00DC70EE">
        <w:rPr>
          <w:rFonts w:ascii="Times New Roman" w:hAnsi="Times New Roman" w:cs="Times New Roman" w:hint="cs"/>
          <w:bCs/>
          <w:sz w:val="28"/>
          <w:szCs w:val="28"/>
          <w:rtl/>
        </w:rPr>
        <w:t xml:space="preserve">لرقم </w:t>
      </w:r>
      <w:r w:rsidR="003C0E4C">
        <w:rPr>
          <w:rFonts w:ascii="Times New Roman" w:hAnsi="Times New Roman" w:cs="Times New Roman" w:hint="cs"/>
          <w:bCs/>
          <w:sz w:val="28"/>
          <w:szCs w:val="28"/>
          <w:rtl/>
        </w:rPr>
        <w:t>الخاص</w:t>
      </w:r>
      <w:r w:rsidRPr="00DC70EE">
        <w:rPr>
          <w:rFonts w:ascii="Times New Roman" w:hAnsi="Times New Roman" w:cs="Times New Roman" w:hint="cs"/>
          <w:bCs/>
          <w:sz w:val="28"/>
          <w:szCs w:val="28"/>
          <w:rtl/>
        </w:rPr>
        <w:t xml:space="preserve">  :</w:t>
      </w:r>
    </w:p>
    <w:p w14:paraId="06EC3847" w14:textId="77777777" w:rsidR="0061554B" w:rsidRDefault="0061554B" w:rsidP="0061554B">
      <w:pPr>
        <w:bidi/>
        <w:spacing w:after="0"/>
        <w:rPr>
          <w:rFonts w:ascii="Times New Roman" w:hAnsi="Times New Roman" w:cs="Times New Roman"/>
          <w:bCs/>
          <w:sz w:val="28"/>
          <w:szCs w:val="28"/>
          <w:rtl/>
          <w:lang w:bidi="ar-LB"/>
        </w:rPr>
      </w:pPr>
      <w:r>
        <w:rPr>
          <w:rFonts w:ascii="Times New Roman" w:hAnsi="Times New Roman" w:cs="Times New Roman" w:hint="cs"/>
          <w:bCs/>
          <w:sz w:val="28"/>
          <w:szCs w:val="28"/>
          <w:rtl/>
          <w:lang w:bidi="ar-LB"/>
        </w:rPr>
        <w:t>الرسم القنصلي:</w:t>
      </w:r>
    </w:p>
    <w:p w14:paraId="4108C954" w14:textId="2F37BE1B" w:rsidR="00DC70EE" w:rsidRPr="00F202A4" w:rsidRDefault="00DC70EE" w:rsidP="0061554B">
      <w:pPr>
        <w:bidi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02A4">
        <w:rPr>
          <w:rFonts w:ascii="Times New Roman" w:hAnsi="Times New Roman" w:cs="Times New Roman" w:hint="cs"/>
          <w:bCs/>
          <w:sz w:val="28"/>
          <w:szCs w:val="28"/>
          <w:rtl/>
        </w:rPr>
        <w:t>رقم الإيصال</w:t>
      </w:r>
      <w:r w:rsidRPr="00F202A4">
        <w:rPr>
          <w:rFonts w:ascii="Times New Roman" w:hAnsi="Times New Roman" w:cs="Times New Roman" w:hint="cs"/>
          <w:b/>
          <w:sz w:val="28"/>
          <w:szCs w:val="28"/>
          <w:rtl/>
        </w:rPr>
        <w:t xml:space="preserve">:   </w:t>
      </w:r>
      <w:r w:rsidR="00F202A4">
        <w:rPr>
          <w:rFonts w:ascii="Times New Roman" w:hAnsi="Times New Roman" w:cs="Times New Roman" w:hint="cs"/>
          <w:b/>
          <w:sz w:val="28"/>
          <w:szCs w:val="28"/>
          <w:rtl/>
        </w:rPr>
        <w:t xml:space="preserve">   </w:t>
      </w:r>
    </w:p>
    <w:p w14:paraId="5D03B11A" w14:textId="6CD19DF2" w:rsidR="00DC70EE" w:rsidRPr="00CA632B" w:rsidRDefault="00DC70EE" w:rsidP="0061554B">
      <w:pPr>
        <w:bidi/>
        <w:spacing w:after="0"/>
        <w:rPr>
          <w:rFonts w:ascii="Times New Roman" w:hAnsi="Times New Roman" w:cs="Times New Roman"/>
          <w:sz w:val="28"/>
          <w:szCs w:val="28"/>
        </w:rPr>
      </w:pPr>
      <w:r w:rsidRPr="00DC70EE">
        <w:rPr>
          <w:rFonts w:ascii="Times New Roman" w:hAnsi="Times New Roman" w:cs="Times New Roman" w:hint="cs"/>
          <w:bCs/>
          <w:sz w:val="28"/>
          <w:szCs w:val="28"/>
          <w:rtl/>
        </w:rPr>
        <w:t>التاريخ</w:t>
      </w:r>
      <w:r>
        <w:rPr>
          <w:rFonts w:ascii="Times New Roman" w:hAnsi="Times New Roman" w:cs="Times New Roman" w:hint="cs"/>
          <w:b/>
          <w:sz w:val="28"/>
          <w:szCs w:val="28"/>
          <w:rtl/>
        </w:rPr>
        <w:t>:</w:t>
      </w:r>
      <w:r w:rsidR="00F202A4">
        <w:rPr>
          <w:rFonts w:ascii="Times New Roman" w:hAnsi="Times New Roman" w:cs="Times New Roman" w:hint="cs"/>
          <w:b/>
          <w:sz w:val="28"/>
          <w:szCs w:val="28"/>
          <w:rtl/>
        </w:rPr>
        <w:t xml:space="preserve"> </w:t>
      </w:r>
    </w:p>
    <w:sectPr w:rsidR="00DC70EE" w:rsidRPr="00CA632B" w:rsidSect="00034616">
      <w:pgSz w:w="12240" w:h="15840"/>
      <w:pgMar w:top="454" w:right="624" w:bottom="45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6189174">
    <w:abstractNumId w:val="8"/>
  </w:num>
  <w:num w:numId="2" w16cid:durableId="1289316202">
    <w:abstractNumId w:val="6"/>
  </w:num>
  <w:num w:numId="3" w16cid:durableId="536285064">
    <w:abstractNumId w:val="5"/>
  </w:num>
  <w:num w:numId="4" w16cid:durableId="307589288">
    <w:abstractNumId w:val="4"/>
  </w:num>
  <w:num w:numId="5" w16cid:durableId="1528829974">
    <w:abstractNumId w:val="7"/>
  </w:num>
  <w:num w:numId="6" w16cid:durableId="1447625470">
    <w:abstractNumId w:val="3"/>
  </w:num>
  <w:num w:numId="7" w16cid:durableId="549151167">
    <w:abstractNumId w:val="2"/>
  </w:num>
  <w:num w:numId="8" w16cid:durableId="498691543">
    <w:abstractNumId w:val="1"/>
  </w:num>
  <w:num w:numId="9" w16cid:durableId="383986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E71"/>
    <w:rsid w:val="00126472"/>
    <w:rsid w:val="0015074B"/>
    <w:rsid w:val="0029639D"/>
    <w:rsid w:val="00326F90"/>
    <w:rsid w:val="00381CF6"/>
    <w:rsid w:val="003C0E4C"/>
    <w:rsid w:val="0046207C"/>
    <w:rsid w:val="005605F9"/>
    <w:rsid w:val="0061554B"/>
    <w:rsid w:val="0074773C"/>
    <w:rsid w:val="00904799"/>
    <w:rsid w:val="00AA1D8D"/>
    <w:rsid w:val="00B47730"/>
    <w:rsid w:val="00CA632B"/>
    <w:rsid w:val="00CB0664"/>
    <w:rsid w:val="00DC70EE"/>
    <w:rsid w:val="00DE1889"/>
    <w:rsid w:val="00F202A4"/>
    <w:rsid w:val="00F778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AE1DFB"/>
  <w14:defaultImageDpi w14:val="300"/>
  <w15:docId w15:val="{1F92997B-BE82-4D87-B1E7-07CB39AF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214</Words>
  <Characters>1643</Characters>
  <Application>Microsoft Office Word</Application>
  <DocSecurity>0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Sonia Abou Azar</cp:lastModifiedBy>
  <cp:revision>17</cp:revision>
  <cp:lastPrinted>2026-08-12T13:34:00Z</cp:lastPrinted>
  <dcterms:created xsi:type="dcterms:W3CDTF">2026-08-11T17:13:00Z</dcterms:created>
  <dcterms:modified xsi:type="dcterms:W3CDTF">2026-08-12T13:36:00Z</dcterms:modified>
  <cp:category/>
</cp:coreProperties>
</file>